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2934A" w14:textId="16E9D293" w:rsidR="000B0748" w:rsidRPr="002320B5" w:rsidRDefault="00314777" w:rsidP="00314777">
      <w:pPr>
        <w:rPr>
          <w:b/>
          <w:bCs/>
          <w:lang w:val="da-DK"/>
        </w:rPr>
      </w:pPr>
      <w:r w:rsidRPr="002320B5">
        <w:rPr>
          <w:b/>
          <w:bCs/>
          <w:lang w:val="da-DK"/>
        </w:rPr>
        <w:t>CB10 -</w:t>
      </w:r>
      <w:r w:rsidR="002320B5">
        <w:rPr>
          <w:b/>
          <w:bCs/>
          <w:lang w:val="da-DK"/>
        </w:rPr>
        <w:t xml:space="preserve"> skemaer</w:t>
      </w:r>
    </w:p>
    <w:p w14:paraId="10917731" w14:textId="77777777" w:rsidR="002320B5" w:rsidRDefault="002320B5" w:rsidP="00314777">
      <w:pPr>
        <w:rPr>
          <w:lang w:val="da-DK"/>
        </w:rPr>
      </w:pPr>
    </w:p>
    <w:p w14:paraId="1989152F" w14:textId="77777777" w:rsidR="002320B5" w:rsidRDefault="002320B5" w:rsidP="00314777">
      <w:pPr>
        <w:rPr>
          <w:lang w:val="da-DK"/>
        </w:rPr>
      </w:pPr>
    </w:p>
    <w:p w14:paraId="4FB22735" w14:textId="77777777" w:rsidR="002320B5" w:rsidRDefault="002320B5" w:rsidP="00314777">
      <w:pPr>
        <w:rPr>
          <w:lang w:val="da-DK"/>
        </w:rPr>
      </w:pPr>
    </w:p>
    <w:p w14:paraId="20629609" w14:textId="3EC3D71B" w:rsidR="00314777" w:rsidRPr="002320B5" w:rsidRDefault="00314777" w:rsidP="00314777">
      <w:pPr>
        <w:rPr>
          <w:b/>
          <w:bCs/>
          <w:lang w:val="da-DK"/>
        </w:rPr>
      </w:pPr>
      <w:r w:rsidRPr="002320B5">
        <w:rPr>
          <w:b/>
          <w:bCs/>
          <w:lang w:val="da-DK"/>
        </w:rPr>
        <w:t>10A</w:t>
      </w:r>
    </w:p>
    <w:tbl>
      <w:tblPr>
        <w:tblStyle w:val="Tabel-Gitter"/>
        <w:tblW w:w="8856" w:type="dxa"/>
        <w:tblLayout w:type="fixed"/>
        <w:tblLook w:val="04A0" w:firstRow="1" w:lastRow="0" w:firstColumn="1" w:lastColumn="0" w:noHBand="0" w:noVBand="1"/>
      </w:tblPr>
      <w:tblGrid>
        <w:gridCol w:w="1476"/>
        <w:gridCol w:w="1476"/>
        <w:gridCol w:w="1476"/>
        <w:gridCol w:w="1476"/>
        <w:gridCol w:w="1476"/>
        <w:gridCol w:w="1476"/>
      </w:tblGrid>
      <w:tr w:rsidR="000B0748" w14:paraId="03C57581" w14:textId="77777777" w:rsidTr="00C900C0">
        <w:tc>
          <w:tcPr>
            <w:tcW w:w="1476" w:type="dxa"/>
          </w:tcPr>
          <w:p w14:paraId="548AD2FF" w14:textId="77777777" w:rsidR="000B0748" w:rsidRDefault="00834E5C">
            <w:proofErr w:type="spellStart"/>
            <w:r>
              <w:t>Tid</w:t>
            </w:r>
            <w:proofErr w:type="spellEnd"/>
          </w:p>
        </w:tc>
        <w:tc>
          <w:tcPr>
            <w:tcW w:w="1476" w:type="dxa"/>
          </w:tcPr>
          <w:p w14:paraId="6CCD662A" w14:textId="77777777" w:rsidR="000B0748" w:rsidRDefault="00834E5C">
            <w:proofErr w:type="spellStart"/>
            <w:r>
              <w:t>Mandag</w:t>
            </w:r>
            <w:proofErr w:type="spellEnd"/>
          </w:p>
        </w:tc>
        <w:tc>
          <w:tcPr>
            <w:tcW w:w="1476" w:type="dxa"/>
          </w:tcPr>
          <w:p w14:paraId="1ED537D2" w14:textId="77777777" w:rsidR="000B0748" w:rsidRDefault="00834E5C">
            <w:r>
              <w:t>Tirsdag</w:t>
            </w:r>
          </w:p>
        </w:tc>
        <w:tc>
          <w:tcPr>
            <w:tcW w:w="1476" w:type="dxa"/>
          </w:tcPr>
          <w:p w14:paraId="74CB2FC1" w14:textId="77777777" w:rsidR="000B0748" w:rsidRDefault="00834E5C">
            <w:r>
              <w:t>Onsdag</w:t>
            </w:r>
          </w:p>
        </w:tc>
        <w:tc>
          <w:tcPr>
            <w:tcW w:w="1476" w:type="dxa"/>
          </w:tcPr>
          <w:p w14:paraId="31F3EF5B" w14:textId="77777777" w:rsidR="000B0748" w:rsidRDefault="00834E5C">
            <w:proofErr w:type="spellStart"/>
            <w:r>
              <w:t>Torsdag</w:t>
            </w:r>
            <w:proofErr w:type="spellEnd"/>
          </w:p>
        </w:tc>
        <w:tc>
          <w:tcPr>
            <w:tcW w:w="1476" w:type="dxa"/>
          </w:tcPr>
          <w:p w14:paraId="763253CA" w14:textId="77777777" w:rsidR="000B0748" w:rsidRDefault="00834E5C">
            <w:proofErr w:type="spellStart"/>
            <w:r>
              <w:t>Fredag</w:t>
            </w:r>
            <w:proofErr w:type="spellEnd"/>
          </w:p>
        </w:tc>
      </w:tr>
      <w:tr w:rsidR="000B0748" w14:paraId="41174205" w14:textId="77777777" w:rsidTr="00C900C0">
        <w:tc>
          <w:tcPr>
            <w:tcW w:w="1476" w:type="dxa"/>
          </w:tcPr>
          <w:p w14:paraId="493998ED" w14:textId="77777777" w:rsidR="000B0748" w:rsidRDefault="00834E5C">
            <w:r>
              <w:t>8.10-8.55</w:t>
            </w:r>
          </w:p>
        </w:tc>
        <w:tc>
          <w:tcPr>
            <w:tcW w:w="1476" w:type="dxa"/>
          </w:tcPr>
          <w:p w14:paraId="1F70C7A0" w14:textId="77777777" w:rsidR="00314777" w:rsidRDefault="00834E5C">
            <w:r>
              <w:t>10A Mat</w:t>
            </w:r>
            <w:r>
              <w:br/>
            </w:r>
            <w:r w:rsidR="00314777" w:rsidRPr="00E61562">
              <w:rPr>
                <w:highlight w:val="green"/>
              </w:rPr>
              <w:t>OH</w:t>
            </w:r>
            <w:r w:rsidR="00314777">
              <w:t xml:space="preserve"> </w:t>
            </w:r>
          </w:p>
          <w:p w14:paraId="41AC8561" w14:textId="551A77ED" w:rsidR="000B0748" w:rsidRPr="00314777" w:rsidRDefault="00314777">
            <w:pPr>
              <w:rPr>
                <w:sz w:val="20"/>
                <w:szCs w:val="20"/>
              </w:rPr>
            </w:pPr>
            <w:r w:rsidRPr="00314777">
              <w:rPr>
                <w:sz w:val="20"/>
                <w:szCs w:val="20"/>
              </w:rPr>
              <w:t>0.328</w:t>
            </w:r>
          </w:p>
        </w:tc>
        <w:tc>
          <w:tcPr>
            <w:tcW w:w="1476" w:type="dxa"/>
          </w:tcPr>
          <w:p w14:paraId="377F1F82" w14:textId="77777777" w:rsidR="000B0748" w:rsidRDefault="00834E5C">
            <w:r>
              <w:t>10A Dan</w:t>
            </w:r>
            <w:r>
              <w:br/>
            </w:r>
            <w:r w:rsidR="00314777" w:rsidRPr="00145C7E">
              <w:rPr>
                <w:highlight w:val="yellow"/>
              </w:rPr>
              <w:t>MV</w:t>
            </w:r>
          </w:p>
          <w:p w14:paraId="1285A672" w14:textId="329F19BC" w:rsidR="00314777" w:rsidRDefault="00314777">
            <w:r w:rsidRPr="00314777">
              <w:rPr>
                <w:sz w:val="20"/>
                <w:szCs w:val="20"/>
              </w:rPr>
              <w:t>0.326</w:t>
            </w:r>
          </w:p>
        </w:tc>
        <w:tc>
          <w:tcPr>
            <w:tcW w:w="1476" w:type="dxa"/>
          </w:tcPr>
          <w:p w14:paraId="1B56D0C2" w14:textId="1225E311" w:rsidR="000B0748" w:rsidRDefault="00834E5C">
            <w:r>
              <w:t>10A Eng</w:t>
            </w:r>
            <w:r>
              <w:br/>
            </w:r>
            <w:r w:rsidR="007A576D" w:rsidRPr="007A576D">
              <w:rPr>
                <w:highlight w:val="magenta"/>
              </w:rPr>
              <w:t>TD</w:t>
            </w:r>
          </w:p>
          <w:p w14:paraId="2C4F0C7A" w14:textId="6C93672F" w:rsidR="00C508F9" w:rsidRDefault="00C508F9">
            <w:r w:rsidRPr="00314777">
              <w:rPr>
                <w:sz w:val="20"/>
                <w:szCs w:val="20"/>
              </w:rPr>
              <w:t>0.32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476" w:type="dxa"/>
          </w:tcPr>
          <w:p w14:paraId="6015D692" w14:textId="23FBC766" w:rsidR="000B0748" w:rsidRDefault="00834E5C">
            <w:r>
              <w:t>10A Mat</w:t>
            </w:r>
            <w:r>
              <w:br/>
            </w:r>
            <w:r w:rsidR="000759E8" w:rsidRPr="00E61562">
              <w:rPr>
                <w:highlight w:val="green"/>
              </w:rPr>
              <w:t>OH</w:t>
            </w:r>
          </w:p>
          <w:p w14:paraId="6F9E6C79" w14:textId="40D581CB" w:rsidR="00314777" w:rsidRDefault="00314777">
            <w:r w:rsidRPr="00314777">
              <w:rPr>
                <w:sz w:val="20"/>
                <w:szCs w:val="20"/>
              </w:rPr>
              <w:t>0.328</w:t>
            </w:r>
          </w:p>
        </w:tc>
        <w:tc>
          <w:tcPr>
            <w:tcW w:w="1476" w:type="dxa"/>
          </w:tcPr>
          <w:p w14:paraId="055FAF25" w14:textId="15F37EA4" w:rsidR="000B0748" w:rsidRDefault="00834E5C">
            <w:r>
              <w:t>10A Dan</w:t>
            </w:r>
            <w:r>
              <w:br/>
            </w:r>
            <w:r w:rsidR="00145C7E" w:rsidRPr="00145C7E">
              <w:rPr>
                <w:highlight w:val="yellow"/>
              </w:rPr>
              <w:t>MV</w:t>
            </w:r>
          </w:p>
          <w:p w14:paraId="2BB45B17" w14:textId="42CED883" w:rsidR="00C508F9" w:rsidRDefault="00C508F9">
            <w:r w:rsidRPr="00314777">
              <w:rPr>
                <w:sz w:val="20"/>
                <w:szCs w:val="20"/>
              </w:rPr>
              <w:t>0.326</w:t>
            </w:r>
          </w:p>
        </w:tc>
      </w:tr>
      <w:tr w:rsidR="000B0748" w14:paraId="7C6C206B" w14:textId="77777777" w:rsidTr="00C900C0">
        <w:tc>
          <w:tcPr>
            <w:tcW w:w="1476" w:type="dxa"/>
          </w:tcPr>
          <w:p w14:paraId="344C8A4A" w14:textId="77777777" w:rsidR="000B0748" w:rsidRDefault="00834E5C">
            <w:r>
              <w:t>8.55-9.45</w:t>
            </w:r>
          </w:p>
        </w:tc>
        <w:tc>
          <w:tcPr>
            <w:tcW w:w="1476" w:type="dxa"/>
          </w:tcPr>
          <w:p w14:paraId="7F96C1A3" w14:textId="047785DC" w:rsidR="000B0748" w:rsidRDefault="00834E5C">
            <w:r>
              <w:t>10A Mat</w:t>
            </w:r>
            <w:r>
              <w:br/>
            </w:r>
            <w:r w:rsidR="000759E8" w:rsidRPr="00E61562">
              <w:rPr>
                <w:highlight w:val="green"/>
              </w:rPr>
              <w:t>OH</w:t>
            </w:r>
          </w:p>
          <w:p w14:paraId="776215DE" w14:textId="5369F702" w:rsidR="00314777" w:rsidRDefault="00314777">
            <w:r w:rsidRPr="00314777">
              <w:rPr>
                <w:sz w:val="20"/>
                <w:szCs w:val="20"/>
              </w:rPr>
              <w:t>0.328</w:t>
            </w:r>
          </w:p>
        </w:tc>
        <w:tc>
          <w:tcPr>
            <w:tcW w:w="1476" w:type="dxa"/>
          </w:tcPr>
          <w:p w14:paraId="5D7F1335" w14:textId="3B378F6A" w:rsidR="000B0748" w:rsidRDefault="00834E5C">
            <w:r>
              <w:t>10A Dan</w:t>
            </w:r>
            <w:r>
              <w:br/>
            </w:r>
            <w:r w:rsidR="009F7EBF" w:rsidRPr="00145C7E">
              <w:rPr>
                <w:highlight w:val="yellow"/>
              </w:rPr>
              <w:t>MV</w:t>
            </w:r>
          </w:p>
          <w:p w14:paraId="08EDCF73" w14:textId="6F10AE92" w:rsidR="00314777" w:rsidRDefault="00314777">
            <w:r w:rsidRPr="00314777">
              <w:rPr>
                <w:sz w:val="20"/>
                <w:szCs w:val="20"/>
              </w:rPr>
              <w:t>0.326</w:t>
            </w:r>
          </w:p>
        </w:tc>
        <w:tc>
          <w:tcPr>
            <w:tcW w:w="1476" w:type="dxa"/>
          </w:tcPr>
          <w:p w14:paraId="3120A218" w14:textId="7CCA3459" w:rsidR="000B0748" w:rsidRDefault="00834E5C">
            <w:r>
              <w:t>10A Eng</w:t>
            </w:r>
            <w:r>
              <w:br/>
            </w:r>
            <w:r w:rsidR="007A576D" w:rsidRPr="007A576D">
              <w:rPr>
                <w:highlight w:val="magenta"/>
              </w:rPr>
              <w:t>TD</w:t>
            </w:r>
          </w:p>
          <w:p w14:paraId="263C348A" w14:textId="4BF75074" w:rsidR="00C508F9" w:rsidRDefault="00C508F9">
            <w:r w:rsidRPr="00314777">
              <w:rPr>
                <w:sz w:val="20"/>
                <w:szCs w:val="20"/>
              </w:rPr>
              <w:t>0.32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476" w:type="dxa"/>
          </w:tcPr>
          <w:p w14:paraId="68823121" w14:textId="473025A0" w:rsidR="000B0748" w:rsidRDefault="00834E5C">
            <w:r>
              <w:t>10A Mat</w:t>
            </w:r>
            <w:r>
              <w:br/>
            </w:r>
            <w:r w:rsidR="000759E8" w:rsidRPr="00E61562">
              <w:rPr>
                <w:highlight w:val="green"/>
              </w:rPr>
              <w:t>OH</w:t>
            </w:r>
          </w:p>
          <w:p w14:paraId="6EB849BA" w14:textId="65A3BB71" w:rsidR="00314777" w:rsidRDefault="00314777">
            <w:r w:rsidRPr="00314777">
              <w:rPr>
                <w:sz w:val="20"/>
                <w:szCs w:val="20"/>
              </w:rPr>
              <w:t>0.328</w:t>
            </w:r>
          </w:p>
        </w:tc>
        <w:tc>
          <w:tcPr>
            <w:tcW w:w="1476" w:type="dxa"/>
          </w:tcPr>
          <w:p w14:paraId="7710B38E" w14:textId="54112378" w:rsidR="000B0748" w:rsidRDefault="00834E5C">
            <w:r>
              <w:t>10A Dan</w:t>
            </w:r>
            <w:r>
              <w:br/>
            </w:r>
            <w:r w:rsidR="00145C7E" w:rsidRPr="00145C7E">
              <w:rPr>
                <w:highlight w:val="yellow"/>
              </w:rPr>
              <w:t>MV</w:t>
            </w:r>
          </w:p>
          <w:p w14:paraId="2EF15C3B" w14:textId="56C53B9B" w:rsidR="00C508F9" w:rsidRDefault="00C508F9">
            <w:r w:rsidRPr="00314777">
              <w:rPr>
                <w:sz w:val="20"/>
                <w:szCs w:val="20"/>
              </w:rPr>
              <w:t>0.326</w:t>
            </w:r>
          </w:p>
        </w:tc>
      </w:tr>
      <w:tr w:rsidR="000B0748" w14:paraId="15698CFF" w14:textId="77777777" w:rsidTr="00C900C0">
        <w:tc>
          <w:tcPr>
            <w:tcW w:w="1476" w:type="dxa"/>
          </w:tcPr>
          <w:p w14:paraId="5B2492AB" w14:textId="77777777" w:rsidR="000B0748" w:rsidRDefault="00834E5C">
            <w:r>
              <w:t>9.30-10.00</w:t>
            </w:r>
          </w:p>
        </w:tc>
        <w:tc>
          <w:tcPr>
            <w:tcW w:w="1476" w:type="dxa"/>
          </w:tcPr>
          <w:p w14:paraId="251B963F" w14:textId="77777777" w:rsidR="000B0748" w:rsidRDefault="00834E5C">
            <w:proofErr w:type="spellStart"/>
            <w:r>
              <w:t>Morgenmad</w:t>
            </w:r>
            <w:proofErr w:type="spellEnd"/>
          </w:p>
        </w:tc>
        <w:tc>
          <w:tcPr>
            <w:tcW w:w="1476" w:type="dxa"/>
          </w:tcPr>
          <w:p w14:paraId="2E5FA67C" w14:textId="26B92D6A" w:rsidR="000B0748" w:rsidRDefault="0018612E">
            <w:proofErr w:type="spellStart"/>
            <w:r>
              <w:t>Morgenmad</w:t>
            </w:r>
            <w:proofErr w:type="spellEnd"/>
          </w:p>
        </w:tc>
        <w:tc>
          <w:tcPr>
            <w:tcW w:w="1476" w:type="dxa"/>
          </w:tcPr>
          <w:p w14:paraId="2682B459" w14:textId="77777777" w:rsidR="000B0748" w:rsidRDefault="00834E5C">
            <w:proofErr w:type="spellStart"/>
            <w:r>
              <w:t>Morgenmad</w:t>
            </w:r>
            <w:proofErr w:type="spellEnd"/>
          </w:p>
        </w:tc>
        <w:tc>
          <w:tcPr>
            <w:tcW w:w="1476" w:type="dxa"/>
          </w:tcPr>
          <w:p w14:paraId="7F4D70E0" w14:textId="5A984B7C" w:rsidR="000B0748" w:rsidRDefault="0018612E">
            <w:proofErr w:type="spellStart"/>
            <w:r>
              <w:t>Morgenmad</w:t>
            </w:r>
            <w:proofErr w:type="spellEnd"/>
          </w:p>
        </w:tc>
        <w:tc>
          <w:tcPr>
            <w:tcW w:w="1476" w:type="dxa"/>
          </w:tcPr>
          <w:p w14:paraId="58F04A91" w14:textId="77777777" w:rsidR="000B0748" w:rsidRDefault="00834E5C">
            <w:proofErr w:type="spellStart"/>
            <w:r>
              <w:t>Morgenmad</w:t>
            </w:r>
            <w:proofErr w:type="spellEnd"/>
          </w:p>
        </w:tc>
      </w:tr>
      <w:tr w:rsidR="000B0748" w14:paraId="0388472B" w14:textId="77777777" w:rsidTr="00C900C0">
        <w:tc>
          <w:tcPr>
            <w:tcW w:w="1476" w:type="dxa"/>
          </w:tcPr>
          <w:p w14:paraId="0D52D0D5" w14:textId="77777777" w:rsidR="000B0748" w:rsidRDefault="00834E5C">
            <w:r>
              <w:t>10.00-10.50</w:t>
            </w:r>
          </w:p>
        </w:tc>
        <w:tc>
          <w:tcPr>
            <w:tcW w:w="1476" w:type="dxa"/>
          </w:tcPr>
          <w:p w14:paraId="2A7194FE" w14:textId="77777777" w:rsidR="000B0748" w:rsidRDefault="00834E5C">
            <w:r>
              <w:t>10A Eng</w:t>
            </w:r>
            <w:r>
              <w:br/>
            </w:r>
            <w:r w:rsidR="00314777" w:rsidRPr="007A576D">
              <w:rPr>
                <w:highlight w:val="magenta"/>
              </w:rPr>
              <w:t>TD</w:t>
            </w:r>
          </w:p>
          <w:p w14:paraId="3D2225B7" w14:textId="594C09AB" w:rsidR="00C508F9" w:rsidRDefault="00C508F9">
            <w:r w:rsidRPr="00314777">
              <w:rPr>
                <w:sz w:val="20"/>
                <w:szCs w:val="20"/>
              </w:rPr>
              <w:t>0.32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476" w:type="dxa"/>
          </w:tcPr>
          <w:p w14:paraId="3CAA76EA" w14:textId="331BF153" w:rsidR="000B0748" w:rsidRDefault="00834E5C">
            <w:r>
              <w:t>10A Eng</w:t>
            </w:r>
            <w:r>
              <w:br/>
            </w:r>
            <w:r w:rsidR="007A576D" w:rsidRPr="007A576D">
              <w:rPr>
                <w:highlight w:val="magenta"/>
              </w:rPr>
              <w:t>TD</w:t>
            </w:r>
          </w:p>
          <w:p w14:paraId="620DA902" w14:textId="72A0C699" w:rsidR="00C508F9" w:rsidRDefault="00C508F9">
            <w:r w:rsidRPr="00314777">
              <w:rPr>
                <w:sz w:val="20"/>
                <w:szCs w:val="20"/>
              </w:rPr>
              <w:t>0.32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476" w:type="dxa"/>
          </w:tcPr>
          <w:p w14:paraId="0C458F2B" w14:textId="3BDCC41A" w:rsidR="000B0748" w:rsidRDefault="00834E5C">
            <w:r>
              <w:t>10A Mat</w:t>
            </w:r>
            <w:r>
              <w:br/>
            </w:r>
            <w:r w:rsidR="009F7EBF" w:rsidRPr="00E61562">
              <w:rPr>
                <w:highlight w:val="green"/>
              </w:rPr>
              <w:t>OH</w:t>
            </w:r>
          </w:p>
          <w:p w14:paraId="41198F2A" w14:textId="63922CA0" w:rsidR="00314777" w:rsidRDefault="00314777">
            <w:r w:rsidRPr="00314777">
              <w:rPr>
                <w:sz w:val="20"/>
                <w:szCs w:val="20"/>
              </w:rPr>
              <w:t>0.328</w:t>
            </w:r>
          </w:p>
        </w:tc>
        <w:tc>
          <w:tcPr>
            <w:tcW w:w="1476" w:type="dxa"/>
          </w:tcPr>
          <w:p w14:paraId="2D06E207" w14:textId="25640F67" w:rsidR="000B0748" w:rsidRDefault="00834E5C">
            <w:r>
              <w:t>10A Dan</w:t>
            </w:r>
            <w:r>
              <w:br/>
            </w:r>
            <w:r w:rsidR="009F7EBF" w:rsidRPr="00145C7E">
              <w:rPr>
                <w:highlight w:val="yellow"/>
              </w:rPr>
              <w:t>MV</w:t>
            </w:r>
          </w:p>
          <w:p w14:paraId="0C960525" w14:textId="7C19F298" w:rsidR="00C508F9" w:rsidRDefault="00C508F9">
            <w:r w:rsidRPr="00314777">
              <w:rPr>
                <w:sz w:val="20"/>
                <w:szCs w:val="20"/>
              </w:rPr>
              <w:t>0.326</w:t>
            </w:r>
          </w:p>
        </w:tc>
        <w:tc>
          <w:tcPr>
            <w:tcW w:w="1476" w:type="dxa"/>
          </w:tcPr>
          <w:p w14:paraId="6C8AC35C" w14:textId="18901012" w:rsidR="000B0748" w:rsidRDefault="00834E5C">
            <w:r>
              <w:t>10A Eng</w:t>
            </w:r>
            <w:r>
              <w:br/>
            </w:r>
            <w:r w:rsidR="007A576D" w:rsidRPr="007A576D">
              <w:rPr>
                <w:highlight w:val="magenta"/>
              </w:rPr>
              <w:t>TD</w:t>
            </w:r>
          </w:p>
          <w:p w14:paraId="72500978" w14:textId="22758055" w:rsidR="00C508F9" w:rsidRDefault="00C508F9">
            <w:r w:rsidRPr="00314777">
              <w:rPr>
                <w:sz w:val="20"/>
                <w:szCs w:val="20"/>
              </w:rPr>
              <w:t>0.32</w:t>
            </w:r>
            <w:r>
              <w:rPr>
                <w:sz w:val="20"/>
                <w:szCs w:val="20"/>
              </w:rPr>
              <w:t>7</w:t>
            </w:r>
          </w:p>
        </w:tc>
      </w:tr>
      <w:tr w:rsidR="000B0748" w14:paraId="2E50DC9B" w14:textId="77777777" w:rsidTr="00C900C0">
        <w:tc>
          <w:tcPr>
            <w:tcW w:w="1476" w:type="dxa"/>
          </w:tcPr>
          <w:p w14:paraId="1E1EF8CA" w14:textId="77777777" w:rsidR="000B0748" w:rsidRDefault="00834E5C">
            <w:r>
              <w:t>10.50-11.35</w:t>
            </w:r>
          </w:p>
        </w:tc>
        <w:tc>
          <w:tcPr>
            <w:tcW w:w="1476" w:type="dxa"/>
          </w:tcPr>
          <w:p w14:paraId="603A9C4F" w14:textId="0C2C5DA9" w:rsidR="000B0748" w:rsidRDefault="00834E5C">
            <w:r>
              <w:t>10A Dan</w:t>
            </w:r>
            <w:r>
              <w:br/>
            </w:r>
            <w:r w:rsidR="00145C7E" w:rsidRPr="00145C7E">
              <w:rPr>
                <w:highlight w:val="yellow"/>
              </w:rPr>
              <w:t>MV</w:t>
            </w:r>
          </w:p>
          <w:p w14:paraId="253B31C1" w14:textId="438B7424" w:rsidR="00C508F9" w:rsidRDefault="00C508F9">
            <w:r w:rsidRPr="00314777">
              <w:rPr>
                <w:sz w:val="20"/>
                <w:szCs w:val="20"/>
              </w:rPr>
              <w:t>0.326</w:t>
            </w:r>
          </w:p>
        </w:tc>
        <w:tc>
          <w:tcPr>
            <w:tcW w:w="1476" w:type="dxa"/>
          </w:tcPr>
          <w:p w14:paraId="4131A9A8" w14:textId="6DC62C67" w:rsidR="000B0748" w:rsidRDefault="00834E5C">
            <w:r>
              <w:t>10A Mat</w:t>
            </w:r>
            <w:r>
              <w:br/>
            </w:r>
            <w:r w:rsidR="000759E8" w:rsidRPr="00E61562">
              <w:rPr>
                <w:highlight w:val="green"/>
              </w:rPr>
              <w:t>OH</w:t>
            </w:r>
          </w:p>
          <w:p w14:paraId="6AF080D1" w14:textId="29467038" w:rsidR="00314777" w:rsidRDefault="00314777">
            <w:r w:rsidRPr="00314777">
              <w:rPr>
                <w:sz w:val="20"/>
                <w:szCs w:val="20"/>
              </w:rPr>
              <w:t>0.328</w:t>
            </w:r>
          </w:p>
        </w:tc>
        <w:tc>
          <w:tcPr>
            <w:tcW w:w="1476" w:type="dxa"/>
          </w:tcPr>
          <w:p w14:paraId="5CD0D717" w14:textId="364E04A6" w:rsidR="000B0748" w:rsidRDefault="00834E5C">
            <w:r>
              <w:t>10A Dan</w:t>
            </w:r>
            <w:r>
              <w:br/>
            </w:r>
            <w:r w:rsidR="00145C7E" w:rsidRPr="00145C7E">
              <w:rPr>
                <w:highlight w:val="yellow"/>
              </w:rPr>
              <w:t>MV</w:t>
            </w:r>
          </w:p>
          <w:p w14:paraId="278ACB9C" w14:textId="52D87129" w:rsidR="00C508F9" w:rsidRDefault="00C508F9">
            <w:r w:rsidRPr="00314777">
              <w:rPr>
                <w:sz w:val="20"/>
                <w:szCs w:val="20"/>
              </w:rPr>
              <w:t>0.326</w:t>
            </w:r>
          </w:p>
        </w:tc>
        <w:tc>
          <w:tcPr>
            <w:tcW w:w="1476" w:type="dxa"/>
          </w:tcPr>
          <w:p w14:paraId="340E97BA" w14:textId="122A1583" w:rsidR="000B0748" w:rsidRDefault="00834E5C">
            <w:r>
              <w:t>10A Eng</w:t>
            </w:r>
            <w:r>
              <w:br/>
            </w:r>
            <w:r w:rsidR="007A576D" w:rsidRPr="007A576D">
              <w:rPr>
                <w:highlight w:val="magenta"/>
              </w:rPr>
              <w:t>TD</w:t>
            </w:r>
          </w:p>
          <w:p w14:paraId="12B1F8EA" w14:textId="2EDF8B7F" w:rsidR="00C508F9" w:rsidRDefault="00C508F9">
            <w:r w:rsidRPr="00314777">
              <w:rPr>
                <w:sz w:val="20"/>
                <w:szCs w:val="20"/>
              </w:rPr>
              <w:t>0.32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476" w:type="dxa"/>
          </w:tcPr>
          <w:p w14:paraId="6816FA0B" w14:textId="6B89B78B" w:rsidR="000B0748" w:rsidRDefault="00834E5C">
            <w:r>
              <w:t>10A Mat</w:t>
            </w:r>
            <w:r>
              <w:br/>
            </w:r>
            <w:r w:rsidR="000759E8" w:rsidRPr="00E61562">
              <w:rPr>
                <w:highlight w:val="green"/>
              </w:rPr>
              <w:t>OH</w:t>
            </w:r>
          </w:p>
          <w:p w14:paraId="50A6E94C" w14:textId="548365FD" w:rsidR="00314777" w:rsidRDefault="00314777">
            <w:r w:rsidRPr="00314777">
              <w:rPr>
                <w:sz w:val="20"/>
                <w:szCs w:val="20"/>
              </w:rPr>
              <w:t>0.328</w:t>
            </w:r>
          </w:p>
        </w:tc>
      </w:tr>
      <w:tr w:rsidR="000B0748" w14:paraId="455B38FD" w14:textId="77777777" w:rsidTr="00C900C0">
        <w:tc>
          <w:tcPr>
            <w:tcW w:w="1476" w:type="dxa"/>
          </w:tcPr>
          <w:p w14:paraId="6F2BF189" w14:textId="77777777" w:rsidR="000B0748" w:rsidRDefault="00834E5C">
            <w:r>
              <w:t>11.35-12.15</w:t>
            </w:r>
          </w:p>
        </w:tc>
        <w:tc>
          <w:tcPr>
            <w:tcW w:w="1476" w:type="dxa"/>
          </w:tcPr>
          <w:p w14:paraId="03DDFCB3" w14:textId="77777777" w:rsidR="000B0748" w:rsidRDefault="00834E5C">
            <w:proofErr w:type="spellStart"/>
            <w:r>
              <w:t>Frokost</w:t>
            </w:r>
            <w:proofErr w:type="spellEnd"/>
          </w:p>
        </w:tc>
        <w:tc>
          <w:tcPr>
            <w:tcW w:w="1476" w:type="dxa"/>
          </w:tcPr>
          <w:p w14:paraId="7634101A" w14:textId="4F7FB877" w:rsidR="000B0748" w:rsidRDefault="0018612E">
            <w:proofErr w:type="spellStart"/>
            <w:r>
              <w:t>Frokost</w:t>
            </w:r>
            <w:proofErr w:type="spellEnd"/>
          </w:p>
        </w:tc>
        <w:tc>
          <w:tcPr>
            <w:tcW w:w="1476" w:type="dxa"/>
          </w:tcPr>
          <w:p w14:paraId="465AB4AC" w14:textId="77777777" w:rsidR="000B0748" w:rsidRDefault="00834E5C">
            <w:proofErr w:type="spellStart"/>
            <w:r>
              <w:t>Frokost</w:t>
            </w:r>
            <w:proofErr w:type="spellEnd"/>
          </w:p>
        </w:tc>
        <w:tc>
          <w:tcPr>
            <w:tcW w:w="1476" w:type="dxa"/>
          </w:tcPr>
          <w:p w14:paraId="20D214CF" w14:textId="56B6AB93" w:rsidR="000B0748" w:rsidRDefault="0018612E">
            <w:proofErr w:type="spellStart"/>
            <w:r>
              <w:t>Frokost</w:t>
            </w:r>
            <w:proofErr w:type="spellEnd"/>
          </w:p>
        </w:tc>
        <w:tc>
          <w:tcPr>
            <w:tcW w:w="1476" w:type="dxa"/>
          </w:tcPr>
          <w:p w14:paraId="36751960" w14:textId="77777777" w:rsidR="000B0748" w:rsidRDefault="00834E5C">
            <w:proofErr w:type="spellStart"/>
            <w:r>
              <w:t>Frokost</w:t>
            </w:r>
            <w:proofErr w:type="spellEnd"/>
          </w:p>
        </w:tc>
      </w:tr>
      <w:tr w:rsidR="000B0748" w14:paraId="20F071CC" w14:textId="77777777" w:rsidTr="00C900C0">
        <w:tc>
          <w:tcPr>
            <w:tcW w:w="1476" w:type="dxa"/>
          </w:tcPr>
          <w:p w14:paraId="57A615D4" w14:textId="77777777" w:rsidR="000B0748" w:rsidRDefault="00834E5C">
            <w:r>
              <w:t>12.15-13.00</w:t>
            </w:r>
          </w:p>
        </w:tc>
        <w:tc>
          <w:tcPr>
            <w:tcW w:w="1476" w:type="dxa"/>
          </w:tcPr>
          <w:p w14:paraId="7CE11D80" w14:textId="77777777" w:rsidR="001F22C3" w:rsidRDefault="00834E5C">
            <w:r>
              <w:t>Move/Make</w:t>
            </w:r>
            <w:r w:rsidR="001F22C3">
              <w:t>/EUD</w:t>
            </w:r>
            <w:r>
              <w:t xml:space="preserve"> </w:t>
            </w:r>
          </w:p>
          <w:p w14:paraId="19A050A4" w14:textId="6335B381" w:rsidR="003601B7" w:rsidRDefault="003601B7">
            <w:r w:rsidRPr="007A576D">
              <w:rPr>
                <w:highlight w:val="magenta"/>
              </w:rPr>
              <w:t>TD</w:t>
            </w:r>
            <w:r>
              <w:t>/</w:t>
            </w:r>
            <w:r w:rsidRPr="00145C7E">
              <w:rPr>
                <w:highlight w:val="yellow"/>
              </w:rPr>
              <w:t xml:space="preserve"> MV</w:t>
            </w:r>
            <w:r>
              <w:t xml:space="preserve"> /</w:t>
            </w:r>
            <w:r w:rsidRPr="00E61562">
              <w:rPr>
                <w:highlight w:val="green"/>
              </w:rPr>
              <w:t xml:space="preserve"> OH</w:t>
            </w:r>
          </w:p>
        </w:tc>
        <w:tc>
          <w:tcPr>
            <w:tcW w:w="1476" w:type="dxa"/>
          </w:tcPr>
          <w:p w14:paraId="10C09645" w14:textId="77777777" w:rsidR="000B0748" w:rsidRDefault="00834E5C">
            <w:proofErr w:type="spellStart"/>
            <w:r>
              <w:t>Xtrafag</w:t>
            </w:r>
            <w:proofErr w:type="spellEnd"/>
          </w:p>
          <w:p w14:paraId="36426943" w14:textId="1DB3F211" w:rsidR="00314777" w:rsidRDefault="00A31C12">
            <w:r w:rsidRPr="007A576D">
              <w:rPr>
                <w:highlight w:val="magenta"/>
              </w:rPr>
              <w:t>TD</w:t>
            </w:r>
            <w:r w:rsidR="003601B7">
              <w:t>/</w:t>
            </w:r>
            <w:r w:rsidR="003601B7" w:rsidRPr="00145C7E">
              <w:rPr>
                <w:highlight w:val="yellow"/>
              </w:rPr>
              <w:t xml:space="preserve"> MV</w:t>
            </w:r>
            <w:r w:rsidR="003601B7">
              <w:t xml:space="preserve"> /</w:t>
            </w:r>
            <w:r w:rsidR="003601B7" w:rsidRPr="00E61562">
              <w:rPr>
                <w:highlight w:val="green"/>
              </w:rPr>
              <w:t xml:space="preserve"> OH</w:t>
            </w:r>
          </w:p>
        </w:tc>
        <w:tc>
          <w:tcPr>
            <w:tcW w:w="1476" w:type="dxa"/>
          </w:tcPr>
          <w:p w14:paraId="65255EAD" w14:textId="77777777" w:rsidR="000B0748" w:rsidRDefault="001F22C3">
            <w:r>
              <w:t>Move/Make/EUD</w:t>
            </w:r>
          </w:p>
          <w:p w14:paraId="2CCD0655" w14:textId="6E2B440F" w:rsidR="00A31C12" w:rsidRDefault="003601B7">
            <w:r w:rsidRPr="007A576D">
              <w:rPr>
                <w:highlight w:val="magenta"/>
              </w:rPr>
              <w:t>TD</w:t>
            </w:r>
            <w:r>
              <w:t>/</w:t>
            </w:r>
            <w:r w:rsidRPr="00145C7E">
              <w:rPr>
                <w:highlight w:val="yellow"/>
              </w:rPr>
              <w:t xml:space="preserve"> MV</w:t>
            </w:r>
            <w:r>
              <w:t xml:space="preserve"> /</w:t>
            </w:r>
            <w:r w:rsidRPr="00E61562">
              <w:rPr>
                <w:highlight w:val="green"/>
              </w:rPr>
              <w:t xml:space="preserve"> OH</w:t>
            </w:r>
          </w:p>
        </w:tc>
        <w:tc>
          <w:tcPr>
            <w:tcW w:w="1476" w:type="dxa"/>
          </w:tcPr>
          <w:p w14:paraId="2173D016" w14:textId="77777777" w:rsidR="00314777" w:rsidRDefault="00C84C82">
            <w:proofErr w:type="spellStart"/>
            <w:r>
              <w:t>Fysik</w:t>
            </w:r>
            <w:proofErr w:type="spellEnd"/>
            <w:r>
              <w:t>/</w:t>
            </w:r>
            <w:proofErr w:type="spellStart"/>
            <w:r>
              <w:t>kemi</w:t>
            </w:r>
            <w:proofErr w:type="spellEnd"/>
          </w:p>
          <w:p w14:paraId="5078C04C" w14:textId="47D8D724" w:rsidR="00C84C82" w:rsidRDefault="00C84C82">
            <w:r w:rsidRPr="00035151">
              <w:rPr>
                <w:highlight w:val="green"/>
              </w:rPr>
              <w:t>OH</w:t>
            </w:r>
          </w:p>
        </w:tc>
        <w:tc>
          <w:tcPr>
            <w:tcW w:w="1476" w:type="dxa"/>
          </w:tcPr>
          <w:p w14:paraId="30D0D0FF" w14:textId="77777777" w:rsidR="00C84C82" w:rsidRDefault="00C84C82" w:rsidP="00C84C82">
            <w:proofErr w:type="spellStart"/>
            <w:r>
              <w:t>Xtrafag</w:t>
            </w:r>
            <w:proofErr w:type="spellEnd"/>
          </w:p>
          <w:p w14:paraId="2FA85BCA" w14:textId="44DEFB75" w:rsidR="0012123D" w:rsidRDefault="0012123D"/>
          <w:p w14:paraId="43760025" w14:textId="26001BF9" w:rsidR="000B0748" w:rsidRDefault="00314777">
            <w:r>
              <w:t xml:space="preserve"> </w:t>
            </w:r>
            <w:r w:rsidR="0012123D" w:rsidRPr="007A576D">
              <w:rPr>
                <w:highlight w:val="magenta"/>
              </w:rPr>
              <w:t>TD</w:t>
            </w:r>
            <w:r w:rsidR="0012123D">
              <w:t>/</w:t>
            </w:r>
            <w:r w:rsidR="0012123D" w:rsidRPr="00145C7E">
              <w:rPr>
                <w:highlight w:val="yellow"/>
              </w:rPr>
              <w:t xml:space="preserve"> MV</w:t>
            </w:r>
            <w:r w:rsidR="0012123D">
              <w:t xml:space="preserve"> /</w:t>
            </w:r>
            <w:r w:rsidR="0012123D" w:rsidRPr="00E61562">
              <w:rPr>
                <w:highlight w:val="green"/>
              </w:rPr>
              <w:t>OH</w:t>
            </w:r>
            <w:r>
              <w:t xml:space="preserve"> </w:t>
            </w:r>
          </w:p>
        </w:tc>
      </w:tr>
      <w:tr w:rsidR="00AE11DF" w14:paraId="60238278" w14:textId="77777777" w:rsidTr="00C900C0">
        <w:tc>
          <w:tcPr>
            <w:tcW w:w="1476" w:type="dxa"/>
          </w:tcPr>
          <w:p w14:paraId="434A573B" w14:textId="77777777" w:rsidR="00AE11DF" w:rsidRDefault="00AE11DF" w:rsidP="00AE11DF">
            <w:r>
              <w:t>13.00-13.50</w:t>
            </w:r>
          </w:p>
        </w:tc>
        <w:tc>
          <w:tcPr>
            <w:tcW w:w="1476" w:type="dxa"/>
          </w:tcPr>
          <w:p w14:paraId="71BF13AD" w14:textId="2897F60D" w:rsidR="00AE11DF" w:rsidRDefault="00AE11DF" w:rsidP="00AE11DF">
            <w:r>
              <w:t>Move/Make/EUD</w:t>
            </w:r>
          </w:p>
          <w:p w14:paraId="16014E26" w14:textId="47867659" w:rsidR="00AE11DF" w:rsidRDefault="00AE11DF" w:rsidP="00AE11DF">
            <w:r w:rsidRPr="007A576D">
              <w:rPr>
                <w:highlight w:val="magenta"/>
              </w:rPr>
              <w:t>TD</w:t>
            </w:r>
            <w:r>
              <w:t>/</w:t>
            </w:r>
            <w:r w:rsidRPr="00145C7E">
              <w:rPr>
                <w:highlight w:val="yellow"/>
              </w:rPr>
              <w:t xml:space="preserve"> MV</w:t>
            </w:r>
            <w:r>
              <w:t xml:space="preserve"> /</w:t>
            </w:r>
            <w:r w:rsidRPr="00E61562">
              <w:rPr>
                <w:highlight w:val="green"/>
              </w:rPr>
              <w:t xml:space="preserve"> OH</w:t>
            </w:r>
          </w:p>
        </w:tc>
        <w:tc>
          <w:tcPr>
            <w:tcW w:w="1476" w:type="dxa"/>
          </w:tcPr>
          <w:p w14:paraId="4B1FC7DE" w14:textId="77777777" w:rsidR="00AE11DF" w:rsidRDefault="00AE11DF" w:rsidP="00AE11DF"/>
        </w:tc>
        <w:tc>
          <w:tcPr>
            <w:tcW w:w="1476" w:type="dxa"/>
          </w:tcPr>
          <w:p w14:paraId="2B2E3F78" w14:textId="77777777" w:rsidR="00AE11DF" w:rsidRDefault="00AE11DF" w:rsidP="00AE11DF">
            <w:r>
              <w:t>Move/Make/EUD</w:t>
            </w:r>
          </w:p>
          <w:p w14:paraId="1D43751B" w14:textId="0C7709AE" w:rsidR="00AE11DF" w:rsidRDefault="00AE11DF" w:rsidP="00AE11DF">
            <w:r w:rsidRPr="007A576D">
              <w:rPr>
                <w:highlight w:val="magenta"/>
              </w:rPr>
              <w:t>TD</w:t>
            </w:r>
            <w:r>
              <w:t>/</w:t>
            </w:r>
            <w:r w:rsidRPr="00145C7E">
              <w:rPr>
                <w:highlight w:val="yellow"/>
              </w:rPr>
              <w:t xml:space="preserve"> MV</w:t>
            </w:r>
            <w:r>
              <w:t xml:space="preserve"> /</w:t>
            </w:r>
            <w:r w:rsidRPr="00E61562">
              <w:rPr>
                <w:highlight w:val="green"/>
              </w:rPr>
              <w:t xml:space="preserve"> OH</w:t>
            </w:r>
          </w:p>
        </w:tc>
        <w:tc>
          <w:tcPr>
            <w:tcW w:w="1476" w:type="dxa"/>
          </w:tcPr>
          <w:p w14:paraId="524B05B9" w14:textId="77777777" w:rsidR="00AE11DF" w:rsidRDefault="00AE11DF" w:rsidP="00AE11DF">
            <w:proofErr w:type="spellStart"/>
            <w:r>
              <w:t>Fysik</w:t>
            </w:r>
            <w:proofErr w:type="spellEnd"/>
            <w:r>
              <w:t>/</w:t>
            </w:r>
            <w:proofErr w:type="spellStart"/>
            <w:r>
              <w:t>kemi</w:t>
            </w:r>
            <w:proofErr w:type="spellEnd"/>
          </w:p>
          <w:p w14:paraId="3FF03E09" w14:textId="23275F07" w:rsidR="00AE11DF" w:rsidRDefault="00AE11DF" w:rsidP="00AE11DF">
            <w:r w:rsidRPr="00035151">
              <w:rPr>
                <w:highlight w:val="green"/>
              </w:rPr>
              <w:t>OH</w:t>
            </w:r>
          </w:p>
        </w:tc>
        <w:tc>
          <w:tcPr>
            <w:tcW w:w="1476" w:type="dxa"/>
          </w:tcPr>
          <w:p w14:paraId="7E88C611" w14:textId="77777777" w:rsidR="00AE11DF" w:rsidRDefault="00AE11DF" w:rsidP="00AE11DF"/>
        </w:tc>
      </w:tr>
    </w:tbl>
    <w:p w14:paraId="18828420" w14:textId="77777777" w:rsidR="001F22C3" w:rsidRDefault="001F22C3"/>
    <w:p w14:paraId="28CC35FF" w14:textId="77777777" w:rsidR="00393AE5" w:rsidRDefault="00393AE5"/>
    <w:p w14:paraId="674EC951" w14:textId="77777777" w:rsidR="00393AE5" w:rsidRDefault="00393AE5"/>
    <w:p w14:paraId="6C467F55" w14:textId="77777777" w:rsidR="00393AE5" w:rsidRDefault="00393AE5"/>
    <w:p w14:paraId="117846B6" w14:textId="77777777" w:rsidR="00393AE5" w:rsidRDefault="00393AE5"/>
    <w:p w14:paraId="2787C3B1" w14:textId="77777777" w:rsidR="00393AE5" w:rsidRDefault="00393AE5"/>
    <w:p w14:paraId="0DD10410" w14:textId="77777777" w:rsidR="00393AE5" w:rsidRDefault="00393AE5"/>
    <w:p w14:paraId="510F906D" w14:textId="77777777" w:rsidR="00393AE5" w:rsidRDefault="00393AE5"/>
    <w:p w14:paraId="5E30C6BA" w14:textId="77777777" w:rsidR="00393AE5" w:rsidRDefault="00393AE5"/>
    <w:p w14:paraId="35EE0C46" w14:textId="77777777" w:rsidR="00393AE5" w:rsidRDefault="00393AE5"/>
    <w:p w14:paraId="71C3EC51" w14:textId="77777777" w:rsidR="00393AE5" w:rsidRDefault="00393AE5"/>
    <w:p w14:paraId="38F96723" w14:textId="77777777" w:rsidR="00393AE5" w:rsidRDefault="00393AE5"/>
    <w:p w14:paraId="55ABD58F" w14:textId="77777777" w:rsidR="00393AE5" w:rsidRDefault="00393AE5"/>
    <w:p w14:paraId="1A95E510" w14:textId="77777777" w:rsidR="00393AE5" w:rsidRDefault="00393AE5"/>
    <w:p w14:paraId="1453504E" w14:textId="77777777" w:rsidR="00393AE5" w:rsidRDefault="00393AE5"/>
    <w:p w14:paraId="769222BA" w14:textId="464322A4" w:rsidR="001F22C3" w:rsidRPr="002320B5" w:rsidRDefault="00314777">
      <w:pPr>
        <w:rPr>
          <w:b/>
          <w:bCs/>
        </w:rPr>
      </w:pPr>
      <w:r w:rsidRPr="002320B5">
        <w:rPr>
          <w:b/>
          <w:bCs/>
        </w:rPr>
        <w:t>10B</w:t>
      </w:r>
    </w:p>
    <w:tbl>
      <w:tblPr>
        <w:tblStyle w:val="Tabel-Gitter"/>
        <w:tblW w:w="8804" w:type="dxa"/>
        <w:tblLayout w:type="fixed"/>
        <w:tblLook w:val="04A0" w:firstRow="1" w:lastRow="0" w:firstColumn="1" w:lastColumn="0" w:noHBand="0" w:noVBand="1"/>
      </w:tblPr>
      <w:tblGrid>
        <w:gridCol w:w="1467"/>
        <w:gridCol w:w="1467"/>
        <w:gridCol w:w="1468"/>
        <w:gridCol w:w="1467"/>
        <w:gridCol w:w="1467"/>
        <w:gridCol w:w="1468"/>
      </w:tblGrid>
      <w:tr w:rsidR="001F22C3" w14:paraId="0AE1C4CF" w14:textId="77777777" w:rsidTr="00C900C0">
        <w:trPr>
          <w:trHeight w:val="264"/>
        </w:trPr>
        <w:tc>
          <w:tcPr>
            <w:tcW w:w="1467" w:type="dxa"/>
          </w:tcPr>
          <w:p w14:paraId="16895FEE" w14:textId="77777777" w:rsidR="001F22C3" w:rsidRDefault="001F22C3" w:rsidP="00C515C4">
            <w:proofErr w:type="spellStart"/>
            <w:r>
              <w:t>Tid</w:t>
            </w:r>
            <w:proofErr w:type="spellEnd"/>
          </w:p>
        </w:tc>
        <w:tc>
          <w:tcPr>
            <w:tcW w:w="1467" w:type="dxa"/>
          </w:tcPr>
          <w:p w14:paraId="2F31DC71" w14:textId="77777777" w:rsidR="001F22C3" w:rsidRDefault="001F22C3" w:rsidP="00C515C4">
            <w:proofErr w:type="spellStart"/>
            <w:r>
              <w:t>Mandag</w:t>
            </w:r>
            <w:proofErr w:type="spellEnd"/>
          </w:p>
        </w:tc>
        <w:tc>
          <w:tcPr>
            <w:tcW w:w="1468" w:type="dxa"/>
          </w:tcPr>
          <w:p w14:paraId="26E2B09F" w14:textId="77777777" w:rsidR="001F22C3" w:rsidRDefault="001F22C3" w:rsidP="00C515C4">
            <w:r>
              <w:t>Tirsdag</w:t>
            </w:r>
          </w:p>
        </w:tc>
        <w:tc>
          <w:tcPr>
            <w:tcW w:w="1467" w:type="dxa"/>
          </w:tcPr>
          <w:p w14:paraId="619E87DF" w14:textId="77777777" w:rsidR="001F22C3" w:rsidRDefault="001F22C3" w:rsidP="00C515C4">
            <w:r>
              <w:t>Onsdag</w:t>
            </w:r>
          </w:p>
        </w:tc>
        <w:tc>
          <w:tcPr>
            <w:tcW w:w="1467" w:type="dxa"/>
          </w:tcPr>
          <w:p w14:paraId="19CF5420" w14:textId="77777777" w:rsidR="001F22C3" w:rsidRDefault="001F22C3" w:rsidP="00C515C4">
            <w:proofErr w:type="spellStart"/>
            <w:r>
              <w:t>Torsdag</w:t>
            </w:r>
            <w:proofErr w:type="spellEnd"/>
          </w:p>
        </w:tc>
        <w:tc>
          <w:tcPr>
            <w:tcW w:w="1468" w:type="dxa"/>
          </w:tcPr>
          <w:p w14:paraId="41DB087F" w14:textId="77777777" w:rsidR="001F22C3" w:rsidRDefault="001F22C3" w:rsidP="00C515C4">
            <w:proofErr w:type="spellStart"/>
            <w:r>
              <w:t>Fredag</w:t>
            </w:r>
            <w:proofErr w:type="spellEnd"/>
          </w:p>
        </w:tc>
      </w:tr>
      <w:tr w:rsidR="001F22C3" w14:paraId="3ADC997F" w14:textId="77777777" w:rsidTr="00C900C0">
        <w:trPr>
          <w:trHeight w:val="755"/>
        </w:trPr>
        <w:tc>
          <w:tcPr>
            <w:tcW w:w="1467" w:type="dxa"/>
          </w:tcPr>
          <w:p w14:paraId="1247F66B" w14:textId="77777777" w:rsidR="001F22C3" w:rsidRDefault="001F22C3" w:rsidP="00C515C4">
            <w:r>
              <w:t>8.10-8.55</w:t>
            </w:r>
          </w:p>
        </w:tc>
        <w:tc>
          <w:tcPr>
            <w:tcW w:w="1467" w:type="dxa"/>
          </w:tcPr>
          <w:p w14:paraId="0D51AC03" w14:textId="77777777" w:rsidR="001F22C3" w:rsidRDefault="001F22C3" w:rsidP="00C515C4">
            <w:r>
              <w:t>10B Dan</w:t>
            </w:r>
          </w:p>
          <w:p w14:paraId="6DC529B4" w14:textId="04B4A250" w:rsidR="00C508F9" w:rsidRDefault="00D50F21" w:rsidP="00C515C4">
            <w:r w:rsidRPr="00145C7E">
              <w:rPr>
                <w:highlight w:val="yellow"/>
              </w:rPr>
              <w:t>MV</w:t>
            </w:r>
            <w:r w:rsidRPr="00314777">
              <w:rPr>
                <w:sz w:val="20"/>
                <w:szCs w:val="20"/>
              </w:rPr>
              <w:t xml:space="preserve"> </w:t>
            </w:r>
            <w:r w:rsidR="00C508F9" w:rsidRPr="00314777">
              <w:rPr>
                <w:sz w:val="20"/>
                <w:szCs w:val="20"/>
              </w:rPr>
              <w:t>0.32</w:t>
            </w:r>
            <w:r w:rsidR="00C508F9">
              <w:rPr>
                <w:sz w:val="20"/>
                <w:szCs w:val="20"/>
              </w:rPr>
              <w:t>6</w:t>
            </w:r>
          </w:p>
        </w:tc>
        <w:tc>
          <w:tcPr>
            <w:tcW w:w="1468" w:type="dxa"/>
          </w:tcPr>
          <w:p w14:paraId="0FF296B2" w14:textId="77777777" w:rsidR="001F22C3" w:rsidRDefault="001F22C3" w:rsidP="00C515C4">
            <w:r>
              <w:t>10B Eng</w:t>
            </w:r>
          </w:p>
          <w:p w14:paraId="3FDDDF7E" w14:textId="3453E35E" w:rsidR="00C508F9" w:rsidRDefault="00C24FB2" w:rsidP="00C515C4">
            <w:r w:rsidRPr="007A576D">
              <w:rPr>
                <w:highlight w:val="magenta"/>
              </w:rPr>
              <w:t>TD</w:t>
            </w:r>
            <w:r w:rsidRPr="00314777">
              <w:rPr>
                <w:sz w:val="20"/>
                <w:szCs w:val="20"/>
              </w:rPr>
              <w:t xml:space="preserve"> </w:t>
            </w:r>
            <w:r w:rsidR="00C508F9" w:rsidRPr="00314777">
              <w:rPr>
                <w:sz w:val="20"/>
                <w:szCs w:val="20"/>
              </w:rPr>
              <w:t>0.32</w:t>
            </w:r>
            <w:r w:rsidR="00C508F9">
              <w:rPr>
                <w:sz w:val="20"/>
                <w:szCs w:val="20"/>
              </w:rPr>
              <w:t>7</w:t>
            </w:r>
          </w:p>
        </w:tc>
        <w:tc>
          <w:tcPr>
            <w:tcW w:w="1467" w:type="dxa"/>
          </w:tcPr>
          <w:p w14:paraId="3D230ED5" w14:textId="77777777" w:rsidR="001F22C3" w:rsidRDefault="001F22C3" w:rsidP="00C515C4">
            <w:r>
              <w:t>10B Mat</w:t>
            </w:r>
          </w:p>
          <w:p w14:paraId="3DD3BD6A" w14:textId="3574C488" w:rsidR="00C508F9" w:rsidRDefault="000759E8" w:rsidP="00C515C4">
            <w:r w:rsidRPr="00E61562">
              <w:rPr>
                <w:highlight w:val="green"/>
              </w:rPr>
              <w:t>OH</w:t>
            </w:r>
            <w:r>
              <w:t xml:space="preserve"> </w:t>
            </w:r>
            <w:r w:rsidR="00C508F9" w:rsidRPr="00314777">
              <w:rPr>
                <w:sz w:val="20"/>
                <w:szCs w:val="20"/>
              </w:rPr>
              <w:t>0.32</w:t>
            </w:r>
            <w:r w:rsidR="00C508F9">
              <w:rPr>
                <w:sz w:val="20"/>
                <w:szCs w:val="20"/>
              </w:rPr>
              <w:t>8</w:t>
            </w:r>
          </w:p>
        </w:tc>
        <w:tc>
          <w:tcPr>
            <w:tcW w:w="1467" w:type="dxa"/>
          </w:tcPr>
          <w:p w14:paraId="6169050E" w14:textId="77777777" w:rsidR="001F22C3" w:rsidRDefault="001F22C3" w:rsidP="00C515C4">
            <w:r>
              <w:t>10B Dan</w:t>
            </w:r>
          </w:p>
          <w:p w14:paraId="7AB4D8D0" w14:textId="77777777" w:rsidR="00D50F21" w:rsidRDefault="00D50F21" w:rsidP="00C515C4">
            <w:pPr>
              <w:rPr>
                <w:sz w:val="20"/>
                <w:szCs w:val="20"/>
              </w:rPr>
            </w:pPr>
            <w:r w:rsidRPr="00145C7E">
              <w:rPr>
                <w:highlight w:val="yellow"/>
              </w:rPr>
              <w:t>MV</w:t>
            </w:r>
            <w:r w:rsidRPr="00314777">
              <w:rPr>
                <w:sz w:val="20"/>
                <w:szCs w:val="20"/>
              </w:rPr>
              <w:t xml:space="preserve"> </w:t>
            </w:r>
          </w:p>
          <w:p w14:paraId="7F1660C6" w14:textId="7479AB7D" w:rsidR="00C508F9" w:rsidRDefault="00C508F9" w:rsidP="00C515C4">
            <w:r w:rsidRPr="00314777">
              <w:rPr>
                <w:sz w:val="20"/>
                <w:szCs w:val="20"/>
              </w:rPr>
              <w:t>0.32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468" w:type="dxa"/>
          </w:tcPr>
          <w:p w14:paraId="0CA291E6" w14:textId="469015C5" w:rsidR="001F22C3" w:rsidRDefault="001F22C3" w:rsidP="00C515C4">
            <w:r>
              <w:t xml:space="preserve">10B </w:t>
            </w:r>
            <w:r w:rsidR="00B1355D">
              <w:t>Mat</w:t>
            </w:r>
          </w:p>
          <w:p w14:paraId="188B80E5" w14:textId="5C6974FE" w:rsidR="00C508F9" w:rsidRDefault="00B1355D" w:rsidP="00C515C4">
            <w:r w:rsidRPr="00B1355D">
              <w:rPr>
                <w:highlight w:val="green"/>
              </w:rPr>
              <w:t>OH</w:t>
            </w:r>
            <w:r w:rsidR="00C24FB2" w:rsidRPr="00314777">
              <w:rPr>
                <w:sz w:val="20"/>
                <w:szCs w:val="20"/>
              </w:rPr>
              <w:t xml:space="preserve"> </w:t>
            </w:r>
            <w:r w:rsidR="00C508F9" w:rsidRPr="00314777">
              <w:rPr>
                <w:sz w:val="20"/>
                <w:szCs w:val="20"/>
              </w:rPr>
              <w:t>0.32</w:t>
            </w:r>
            <w:r>
              <w:rPr>
                <w:sz w:val="20"/>
                <w:szCs w:val="20"/>
              </w:rPr>
              <w:t>8</w:t>
            </w:r>
          </w:p>
        </w:tc>
      </w:tr>
      <w:tr w:rsidR="00B1355D" w14:paraId="7D163D76" w14:textId="77777777" w:rsidTr="00C900C0">
        <w:trPr>
          <w:trHeight w:val="755"/>
        </w:trPr>
        <w:tc>
          <w:tcPr>
            <w:tcW w:w="1467" w:type="dxa"/>
          </w:tcPr>
          <w:p w14:paraId="3BF981D7" w14:textId="77777777" w:rsidR="00B1355D" w:rsidRDefault="00B1355D" w:rsidP="00B1355D">
            <w:r>
              <w:t>8.55-9.45</w:t>
            </w:r>
          </w:p>
        </w:tc>
        <w:tc>
          <w:tcPr>
            <w:tcW w:w="1467" w:type="dxa"/>
          </w:tcPr>
          <w:p w14:paraId="7C79E96E" w14:textId="3DC4D75A" w:rsidR="00B1355D" w:rsidRDefault="00B1355D" w:rsidP="00B1355D">
            <w:r>
              <w:t>10B Dan</w:t>
            </w:r>
          </w:p>
          <w:p w14:paraId="6DF6F3BD" w14:textId="79AF793F" w:rsidR="00B1355D" w:rsidRDefault="00B1355D" w:rsidP="00B1355D">
            <w:r w:rsidRPr="00145C7E">
              <w:rPr>
                <w:highlight w:val="yellow"/>
              </w:rPr>
              <w:t>MV</w:t>
            </w:r>
            <w:r w:rsidRPr="00314777">
              <w:rPr>
                <w:sz w:val="20"/>
                <w:szCs w:val="20"/>
              </w:rPr>
              <w:t xml:space="preserve"> 0.32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468" w:type="dxa"/>
          </w:tcPr>
          <w:p w14:paraId="344A5DEE" w14:textId="77777777" w:rsidR="00B1355D" w:rsidRDefault="00B1355D" w:rsidP="00B1355D">
            <w:r>
              <w:t>10B Eng</w:t>
            </w:r>
          </w:p>
          <w:p w14:paraId="35F1834F" w14:textId="510AD5A3" w:rsidR="00B1355D" w:rsidRDefault="00B1355D" w:rsidP="00B1355D">
            <w:r w:rsidRPr="007A576D">
              <w:rPr>
                <w:highlight w:val="magenta"/>
              </w:rPr>
              <w:t>TD</w:t>
            </w:r>
            <w:r w:rsidRPr="00314777">
              <w:rPr>
                <w:sz w:val="20"/>
                <w:szCs w:val="20"/>
              </w:rPr>
              <w:t xml:space="preserve"> 0.32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467" w:type="dxa"/>
          </w:tcPr>
          <w:p w14:paraId="10B1856D" w14:textId="77777777" w:rsidR="00B1355D" w:rsidRDefault="00B1355D" w:rsidP="00B1355D">
            <w:r>
              <w:t>10B Mat</w:t>
            </w:r>
          </w:p>
          <w:p w14:paraId="0D474C0A" w14:textId="775CF788" w:rsidR="00B1355D" w:rsidRDefault="00B1355D" w:rsidP="00B1355D">
            <w:r w:rsidRPr="00E61562">
              <w:rPr>
                <w:highlight w:val="green"/>
              </w:rPr>
              <w:t>OH</w:t>
            </w:r>
            <w:r>
              <w:t xml:space="preserve"> </w:t>
            </w:r>
            <w:r w:rsidRPr="00314777">
              <w:rPr>
                <w:sz w:val="20"/>
                <w:szCs w:val="20"/>
              </w:rPr>
              <w:t>0.32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1467" w:type="dxa"/>
          </w:tcPr>
          <w:p w14:paraId="0160DE6F" w14:textId="77777777" w:rsidR="00B1355D" w:rsidRDefault="00B1355D" w:rsidP="00B1355D">
            <w:r>
              <w:t>10B Dan</w:t>
            </w:r>
          </w:p>
          <w:p w14:paraId="7C9625ED" w14:textId="77777777" w:rsidR="00B1355D" w:rsidRDefault="00B1355D" w:rsidP="00B1355D">
            <w:pPr>
              <w:rPr>
                <w:sz w:val="20"/>
                <w:szCs w:val="20"/>
              </w:rPr>
            </w:pPr>
            <w:r w:rsidRPr="00145C7E">
              <w:rPr>
                <w:highlight w:val="yellow"/>
              </w:rPr>
              <w:t>MV</w:t>
            </w:r>
            <w:r w:rsidRPr="00314777">
              <w:rPr>
                <w:sz w:val="20"/>
                <w:szCs w:val="20"/>
              </w:rPr>
              <w:t xml:space="preserve"> </w:t>
            </w:r>
          </w:p>
          <w:p w14:paraId="033CC30D" w14:textId="17E9BA20" w:rsidR="00B1355D" w:rsidRDefault="00B1355D" w:rsidP="00B1355D">
            <w:r w:rsidRPr="00314777">
              <w:rPr>
                <w:sz w:val="20"/>
                <w:szCs w:val="20"/>
              </w:rPr>
              <w:t>0.32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468" w:type="dxa"/>
          </w:tcPr>
          <w:p w14:paraId="647162A9" w14:textId="77777777" w:rsidR="00B1355D" w:rsidRDefault="00B1355D" w:rsidP="00B1355D">
            <w:r>
              <w:t>10B Mat</w:t>
            </w:r>
          </w:p>
          <w:p w14:paraId="4D136BAA" w14:textId="6CE2CB47" w:rsidR="00B1355D" w:rsidRDefault="00B1355D" w:rsidP="00B1355D">
            <w:r w:rsidRPr="00B1355D">
              <w:rPr>
                <w:highlight w:val="green"/>
              </w:rPr>
              <w:t>OH</w:t>
            </w:r>
            <w:r w:rsidRPr="00314777">
              <w:rPr>
                <w:sz w:val="20"/>
                <w:szCs w:val="20"/>
              </w:rPr>
              <w:t xml:space="preserve"> 0.32</w:t>
            </w:r>
            <w:r>
              <w:rPr>
                <w:sz w:val="20"/>
                <w:szCs w:val="20"/>
              </w:rPr>
              <w:t>8</w:t>
            </w:r>
          </w:p>
        </w:tc>
      </w:tr>
      <w:tr w:rsidR="001F22C3" w14:paraId="726F7209" w14:textId="77777777" w:rsidTr="00C900C0">
        <w:trPr>
          <w:trHeight w:val="264"/>
        </w:trPr>
        <w:tc>
          <w:tcPr>
            <w:tcW w:w="1467" w:type="dxa"/>
          </w:tcPr>
          <w:p w14:paraId="5940CD81" w14:textId="77777777" w:rsidR="001F22C3" w:rsidRDefault="001F22C3" w:rsidP="00C515C4">
            <w:r>
              <w:t>9.30-10.00</w:t>
            </w:r>
          </w:p>
        </w:tc>
        <w:tc>
          <w:tcPr>
            <w:tcW w:w="1467" w:type="dxa"/>
          </w:tcPr>
          <w:p w14:paraId="2618AE99" w14:textId="77777777" w:rsidR="001F22C3" w:rsidRDefault="001F22C3" w:rsidP="00C515C4">
            <w:proofErr w:type="spellStart"/>
            <w:r>
              <w:t>Morgenmad</w:t>
            </w:r>
            <w:proofErr w:type="spellEnd"/>
          </w:p>
        </w:tc>
        <w:tc>
          <w:tcPr>
            <w:tcW w:w="1468" w:type="dxa"/>
          </w:tcPr>
          <w:p w14:paraId="1BEEEA2B" w14:textId="77777777" w:rsidR="001F22C3" w:rsidRDefault="001F22C3" w:rsidP="00C515C4">
            <w:proofErr w:type="spellStart"/>
            <w:r>
              <w:t>Morgenmad</w:t>
            </w:r>
            <w:proofErr w:type="spellEnd"/>
          </w:p>
        </w:tc>
        <w:tc>
          <w:tcPr>
            <w:tcW w:w="1467" w:type="dxa"/>
          </w:tcPr>
          <w:p w14:paraId="379A2B25" w14:textId="77777777" w:rsidR="001F22C3" w:rsidRDefault="001F22C3" w:rsidP="00C515C4">
            <w:proofErr w:type="spellStart"/>
            <w:r>
              <w:t>Morgenmad</w:t>
            </w:r>
            <w:proofErr w:type="spellEnd"/>
          </w:p>
        </w:tc>
        <w:tc>
          <w:tcPr>
            <w:tcW w:w="1467" w:type="dxa"/>
          </w:tcPr>
          <w:p w14:paraId="3075F4C6" w14:textId="77777777" w:rsidR="001F22C3" w:rsidRDefault="001F22C3" w:rsidP="00C515C4">
            <w:proofErr w:type="spellStart"/>
            <w:r>
              <w:t>Morgenmad</w:t>
            </w:r>
            <w:proofErr w:type="spellEnd"/>
          </w:p>
        </w:tc>
        <w:tc>
          <w:tcPr>
            <w:tcW w:w="1468" w:type="dxa"/>
          </w:tcPr>
          <w:p w14:paraId="383C0A99" w14:textId="77777777" w:rsidR="001F22C3" w:rsidRDefault="001F22C3" w:rsidP="00C515C4">
            <w:proofErr w:type="spellStart"/>
            <w:r>
              <w:t>Morgenmad</w:t>
            </w:r>
            <w:proofErr w:type="spellEnd"/>
          </w:p>
        </w:tc>
      </w:tr>
      <w:tr w:rsidR="004C10CF" w14:paraId="210D1855" w14:textId="77777777" w:rsidTr="00C900C0">
        <w:trPr>
          <w:trHeight w:val="755"/>
        </w:trPr>
        <w:tc>
          <w:tcPr>
            <w:tcW w:w="1467" w:type="dxa"/>
          </w:tcPr>
          <w:p w14:paraId="3876B709" w14:textId="77777777" w:rsidR="004C10CF" w:rsidRDefault="004C10CF" w:rsidP="004C10CF">
            <w:r>
              <w:t>10.00-10.50</w:t>
            </w:r>
          </w:p>
        </w:tc>
        <w:tc>
          <w:tcPr>
            <w:tcW w:w="1467" w:type="dxa"/>
          </w:tcPr>
          <w:p w14:paraId="55D10705" w14:textId="77777777" w:rsidR="004C10CF" w:rsidRDefault="004C10CF" w:rsidP="004C10CF">
            <w:r>
              <w:t>10B Mat</w:t>
            </w:r>
          </w:p>
          <w:p w14:paraId="3D58A02C" w14:textId="4F07252E" w:rsidR="004C10CF" w:rsidRDefault="004C10CF" w:rsidP="004C10CF">
            <w:r w:rsidRPr="00E61562">
              <w:rPr>
                <w:highlight w:val="green"/>
              </w:rPr>
              <w:t>OH</w:t>
            </w:r>
            <w:r>
              <w:t xml:space="preserve"> </w:t>
            </w:r>
            <w:r w:rsidRPr="00314777">
              <w:rPr>
                <w:sz w:val="20"/>
                <w:szCs w:val="20"/>
              </w:rPr>
              <w:t>0.32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1468" w:type="dxa"/>
          </w:tcPr>
          <w:p w14:paraId="6E1A6194" w14:textId="77777777" w:rsidR="004C10CF" w:rsidRDefault="004C10CF" w:rsidP="004C10CF">
            <w:r>
              <w:t>10B Mat</w:t>
            </w:r>
          </w:p>
          <w:p w14:paraId="0C0591E7" w14:textId="7DB0B387" w:rsidR="004C10CF" w:rsidRDefault="004C10CF" w:rsidP="004C10CF">
            <w:r w:rsidRPr="00E61562">
              <w:rPr>
                <w:highlight w:val="green"/>
              </w:rPr>
              <w:t>OH</w:t>
            </w:r>
            <w:r>
              <w:t xml:space="preserve"> </w:t>
            </w:r>
            <w:r w:rsidRPr="00314777">
              <w:rPr>
                <w:sz w:val="20"/>
                <w:szCs w:val="20"/>
              </w:rPr>
              <w:t>0.32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1467" w:type="dxa"/>
          </w:tcPr>
          <w:p w14:paraId="731647F6" w14:textId="77777777" w:rsidR="004C10CF" w:rsidRDefault="004C10CF" w:rsidP="004C10CF">
            <w:r>
              <w:t>10B Dan</w:t>
            </w:r>
          </w:p>
          <w:p w14:paraId="4CBAFD32" w14:textId="378C2745" w:rsidR="004C10CF" w:rsidRDefault="004C10CF" w:rsidP="004C10CF">
            <w:r w:rsidRPr="00145C7E">
              <w:rPr>
                <w:highlight w:val="yellow"/>
              </w:rPr>
              <w:t>MV</w:t>
            </w:r>
            <w:r w:rsidRPr="00314777">
              <w:rPr>
                <w:sz w:val="20"/>
                <w:szCs w:val="20"/>
              </w:rPr>
              <w:t xml:space="preserve"> 0.32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467" w:type="dxa"/>
          </w:tcPr>
          <w:p w14:paraId="12099DF0" w14:textId="77777777" w:rsidR="004C10CF" w:rsidRDefault="004C10CF" w:rsidP="004C10CF">
            <w:r>
              <w:t>10B Eng</w:t>
            </w:r>
          </w:p>
          <w:p w14:paraId="3C903C6F" w14:textId="20354C0E" w:rsidR="004C10CF" w:rsidRDefault="004C10CF" w:rsidP="004C10CF">
            <w:r w:rsidRPr="007A576D">
              <w:rPr>
                <w:highlight w:val="magenta"/>
              </w:rPr>
              <w:t>TD</w:t>
            </w:r>
            <w:r w:rsidRPr="00314777">
              <w:rPr>
                <w:sz w:val="20"/>
                <w:szCs w:val="20"/>
              </w:rPr>
              <w:t xml:space="preserve"> 0.32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468" w:type="dxa"/>
          </w:tcPr>
          <w:p w14:paraId="2622AA47" w14:textId="77777777" w:rsidR="004C10CF" w:rsidRDefault="004C10CF" w:rsidP="004C10CF">
            <w:r>
              <w:t>10B Dan</w:t>
            </w:r>
          </w:p>
          <w:p w14:paraId="046B3CEE" w14:textId="1AEB25EF" w:rsidR="004C10CF" w:rsidRDefault="004C10CF" w:rsidP="004C10CF">
            <w:r w:rsidRPr="00145C7E">
              <w:rPr>
                <w:highlight w:val="yellow"/>
              </w:rPr>
              <w:t>MV</w:t>
            </w:r>
            <w:r w:rsidRPr="00314777">
              <w:rPr>
                <w:sz w:val="20"/>
                <w:szCs w:val="20"/>
              </w:rPr>
              <w:t xml:space="preserve"> 0.32</w:t>
            </w:r>
            <w:r>
              <w:rPr>
                <w:sz w:val="20"/>
                <w:szCs w:val="20"/>
              </w:rPr>
              <w:t>6</w:t>
            </w:r>
          </w:p>
        </w:tc>
      </w:tr>
      <w:tr w:rsidR="004C10CF" w14:paraId="2091F12B" w14:textId="77777777" w:rsidTr="00C900C0">
        <w:trPr>
          <w:trHeight w:val="764"/>
        </w:trPr>
        <w:tc>
          <w:tcPr>
            <w:tcW w:w="1467" w:type="dxa"/>
          </w:tcPr>
          <w:p w14:paraId="0E6B2C41" w14:textId="77777777" w:rsidR="004C10CF" w:rsidRDefault="004C10CF" w:rsidP="004C10CF">
            <w:r>
              <w:t>10.50-11.35</w:t>
            </w:r>
          </w:p>
        </w:tc>
        <w:tc>
          <w:tcPr>
            <w:tcW w:w="1467" w:type="dxa"/>
          </w:tcPr>
          <w:p w14:paraId="1B4E63E2" w14:textId="77777777" w:rsidR="004C10CF" w:rsidRDefault="004C10CF" w:rsidP="004C10CF">
            <w:r>
              <w:t>10B Eng</w:t>
            </w:r>
          </w:p>
          <w:p w14:paraId="408D7601" w14:textId="104FF025" w:rsidR="004C10CF" w:rsidRDefault="004C10CF" w:rsidP="004C10CF">
            <w:r w:rsidRPr="007A576D">
              <w:rPr>
                <w:highlight w:val="magenta"/>
              </w:rPr>
              <w:t>TD</w:t>
            </w:r>
            <w:r w:rsidRPr="00314777">
              <w:rPr>
                <w:sz w:val="20"/>
                <w:szCs w:val="20"/>
              </w:rPr>
              <w:t xml:space="preserve"> 0.32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468" w:type="dxa"/>
          </w:tcPr>
          <w:p w14:paraId="2315DCF0" w14:textId="77777777" w:rsidR="004C10CF" w:rsidRDefault="004C10CF" w:rsidP="004C10CF">
            <w:r>
              <w:t>10B Dan</w:t>
            </w:r>
          </w:p>
          <w:p w14:paraId="0DF4EDA4" w14:textId="5DBEBEEF" w:rsidR="004C10CF" w:rsidRDefault="004C10CF" w:rsidP="004C10CF">
            <w:r w:rsidRPr="00145C7E">
              <w:rPr>
                <w:highlight w:val="yellow"/>
              </w:rPr>
              <w:t>MV</w:t>
            </w:r>
            <w:r w:rsidRPr="00314777">
              <w:rPr>
                <w:sz w:val="20"/>
                <w:szCs w:val="20"/>
              </w:rPr>
              <w:t xml:space="preserve"> 0.32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467" w:type="dxa"/>
          </w:tcPr>
          <w:p w14:paraId="77C9EAA3" w14:textId="77777777" w:rsidR="004C10CF" w:rsidRDefault="004C10CF" w:rsidP="004C10CF">
            <w:r>
              <w:t>10B Eng</w:t>
            </w:r>
          </w:p>
          <w:p w14:paraId="084D67ED" w14:textId="711CBABA" w:rsidR="004C10CF" w:rsidRDefault="004C10CF" w:rsidP="004C10CF">
            <w:r w:rsidRPr="007A576D">
              <w:rPr>
                <w:highlight w:val="magenta"/>
              </w:rPr>
              <w:t>TD</w:t>
            </w:r>
            <w:r w:rsidRPr="00314777">
              <w:rPr>
                <w:sz w:val="20"/>
                <w:szCs w:val="20"/>
              </w:rPr>
              <w:t xml:space="preserve"> 0.32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467" w:type="dxa"/>
          </w:tcPr>
          <w:p w14:paraId="3B002A23" w14:textId="77777777" w:rsidR="004C10CF" w:rsidRDefault="004C10CF" w:rsidP="004C10CF">
            <w:r>
              <w:t>10B Mat</w:t>
            </w:r>
          </w:p>
          <w:p w14:paraId="4285C2DF" w14:textId="77777777" w:rsidR="004C10CF" w:rsidRDefault="004C10CF" w:rsidP="004C10CF">
            <w:r w:rsidRPr="00E61562">
              <w:rPr>
                <w:highlight w:val="green"/>
              </w:rPr>
              <w:t>OH</w:t>
            </w:r>
            <w:r>
              <w:t xml:space="preserve"> </w:t>
            </w:r>
          </w:p>
          <w:p w14:paraId="1C989D2E" w14:textId="2E8F1783" w:rsidR="004C10CF" w:rsidRDefault="004C10CF" w:rsidP="004C10CF">
            <w:r w:rsidRPr="00314777">
              <w:rPr>
                <w:sz w:val="20"/>
                <w:szCs w:val="20"/>
              </w:rPr>
              <w:t>0.32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1468" w:type="dxa"/>
          </w:tcPr>
          <w:p w14:paraId="4C12BB9E" w14:textId="16D57943" w:rsidR="004C10CF" w:rsidRDefault="004C10CF" w:rsidP="004C10CF">
            <w:r>
              <w:t>10B Eng</w:t>
            </w:r>
            <w:r>
              <w:br/>
            </w:r>
            <w:r w:rsidRPr="007A576D">
              <w:rPr>
                <w:highlight w:val="magenta"/>
              </w:rPr>
              <w:t>TD</w:t>
            </w:r>
          </w:p>
          <w:p w14:paraId="25D2BC63" w14:textId="05B46D06" w:rsidR="004C10CF" w:rsidRDefault="004C10CF" w:rsidP="004C10CF">
            <w:r w:rsidRPr="00314777">
              <w:rPr>
                <w:sz w:val="20"/>
                <w:szCs w:val="20"/>
              </w:rPr>
              <w:t>0.32</w:t>
            </w:r>
            <w:r>
              <w:rPr>
                <w:sz w:val="20"/>
                <w:szCs w:val="20"/>
              </w:rPr>
              <w:t>7</w:t>
            </w:r>
          </w:p>
        </w:tc>
      </w:tr>
      <w:tr w:rsidR="004C10CF" w14:paraId="54EC7C39" w14:textId="77777777" w:rsidTr="00C900C0">
        <w:trPr>
          <w:trHeight w:val="254"/>
        </w:trPr>
        <w:tc>
          <w:tcPr>
            <w:tcW w:w="1467" w:type="dxa"/>
          </w:tcPr>
          <w:p w14:paraId="19DDB1E0" w14:textId="77777777" w:rsidR="004C10CF" w:rsidRDefault="004C10CF" w:rsidP="004C10CF">
            <w:r>
              <w:t>11.35-12.15</w:t>
            </w:r>
          </w:p>
        </w:tc>
        <w:tc>
          <w:tcPr>
            <w:tcW w:w="1467" w:type="dxa"/>
          </w:tcPr>
          <w:p w14:paraId="68FD9B24" w14:textId="77777777" w:rsidR="004C10CF" w:rsidRDefault="004C10CF" w:rsidP="004C10CF">
            <w:proofErr w:type="spellStart"/>
            <w:r>
              <w:t>Frokost</w:t>
            </w:r>
            <w:proofErr w:type="spellEnd"/>
          </w:p>
        </w:tc>
        <w:tc>
          <w:tcPr>
            <w:tcW w:w="1468" w:type="dxa"/>
          </w:tcPr>
          <w:p w14:paraId="643599D4" w14:textId="77777777" w:rsidR="004C10CF" w:rsidRDefault="004C10CF" w:rsidP="004C10CF">
            <w:proofErr w:type="spellStart"/>
            <w:r>
              <w:t>Frokost</w:t>
            </w:r>
            <w:proofErr w:type="spellEnd"/>
          </w:p>
        </w:tc>
        <w:tc>
          <w:tcPr>
            <w:tcW w:w="1467" w:type="dxa"/>
          </w:tcPr>
          <w:p w14:paraId="775B4D7A" w14:textId="77777777" w:rsidR="004C10CF" w:rsidRDefault="004C10CF" w:rsidP="004C10CF">
            <w:proofErr w:type="spellStart"/>
            <w:r>
              <w:t>Frokost</w:t>
            </w:r>
            <w:proofErr w:type="spellEnd"/>
          </w:p>
        </w:tc>
        <w:tc>
          <w:tcPr>
            <w:tcW w:w="1467" w:type="dxa"/>
          </w:tcPr>
          <w:p w14:paraId="04B83E01" w14:textId="77777777" w:rsidR="004C10CF" w:rsidRDefault="004C10CF" w:rsidP="004C10CF">
            <w:proofErr w:type="spellStart"/>
            <w:r>
              <w:t>Frokost</w:t>
            </w:r>
            <w:proofErr w:type="spellEnd"/>
          </w:p>
        </w:tc>
        <w:tc>
          <w:tcPr>
            <w:tcW w:w="1468" w:type="dxa"/>
          </w:tcPr>
          <w:p w14:paraId="2B2F696E" w14:textId="77777777" w:rsidR="004C10CF" w:rsidRDefault="004C10CF" w:rsidP="004C10CF">
            <w:proofErr w:type="spellStart"/>
            <w:r>
              <w:t>Frokost</w:t>
            </w:r>
            <w:proofErr w:type="spellEnd"/>
          </w:p>
        </w:tc>
      </w:tr>
      <w:tr w:rsidR="004C10CF" w14:paraId="18E558C4" w14:textId="77777777" w:rsidTr="00C900C0">
        <w:trPr>
          <w:trHeight w:val="784"/>
        </w:trPr>
        <w:tc>
          <w:tcPr>
            <w:tcW w:w="1467" w:type="dxa"/>
          </w:tcPr>
          <w:p w14:paraId="0F6679B1" w14:textId="77777777" w:rsidR="004C10CF" w:rsidRDefault="004C10CF" w:rsidP="004C10CF">
            <w:r>
              <w:t>12.15-13.00</w:t>
            </w:r>
          </w:p>
        </w:tc>
        <w:tc>
          <w:tcPr>
            <w:tcW w:w="1467" w:type="dxa"/>
          </w:tcPr>
          <w:p w14:paraId="3A578AA4" w14:textId="1902047E" w:rsidR="004C10CF" w:rsidRDefault="004C10CF" w:rsidP="004C10CF">
            <w:r>
              <w:t xml:space="preserve">Move/Make/EUD </w:t>
            </w:r>
          </w:p>
          <w:p w14:paraId="69572CC0" w14:textId="798EFB49" w:rsidR="004C10CF" w:rsidRDefault="008708E4" w:rsidP="004C10CF">
            <w:r w:rsidRPr="007A576D">
              <w:rPr>
                <w:highlight w:val="magenta"/>
              </w:rPr>
              <w:t>TD</w:t>
            </w:r>
            <w:r>
              <w:t>/</w:t>
            </w:r>
            <w:r w:rsidRPr="00145C7E">
              <w:rPr>
                <w:highlight w:val="yellow"/>
              </w:rPr>
              <w:t xml:space="preserve"> MV</w:t>
            </w:r>
            <w:r>
              <w:t xml:space="preserve"> /</w:t>
            </w:r>
            <w:r w:rsidRPr="00E61562">
              <w:rPr>
                <w:highlight w:val="green"/>
              </w:rPr>
              <w:t xml:space="preserve"> OH</w:t>
            </w:r>
          </w:p>
        </w:tc>
        <w:tc>
          <w:tcPr>
            <w:tcW w:w="1468" w:type="dxa"/>
          </w:tcPr>
          <w:p w14:paraId="5BFE52A6" w14:textId="77777777" w:rsidR="004C10CF" w:rsidRDefault="004C10CF" w:rsidP="004C10CF">
            <w:proofErr w:type="spellStart"/>
            <w:r>
              <w:t>Xtrafag</w:t>
            </w:r>
            <w:proofErr w:type="spellEnd"/>
          </w:p>
          <w:p w14:paraId="505CBD75" w14:textId="62D82808" w:rsidR="004C10CF" w:rsidRDefault="00035548" w:rsidP="004C10CF">
            <w:r w:rsidRPr="007A576D">
              <w:rPr>
                <w:highlight w:val="magenta"/>
              </w:rPr>
              <w:t>TD</w:t>
            </w:r>
            <w:r>
              <w:t>/</w:t>
            </w:r>
            <w:r w:rsidRPr="00145C7E">
              <w:rPr>
                <w:highlight w:val="yellow"/>
              </w:rPr>
              <w:t xml:space="preserve"> MV</w:t>
            </w:r>
            <w:r>
              <w:t xml:space="preserve"> /</w:t>
            </w:r>
            <w:r w:rsidRPr="00E61562">
              <w:rPr>
                <w:highlight w:val="green"/>
              </w:rPr>
              <w:t xml:space="preserve"> OH</w:t>
            </w:r>
          </w:p>
        </w:tc>
        <w:tc>
          <w:tcPr>
            <w:tcW w:w="1467" w:type="dxa"/>
          </w:tcPr>
          <w:p w14:paraId="47B161CE" w14:textId="77777777" w:rsidR="004C10CF" w:rsidRDefault="004C10CF" w:rsidP="004C10CF">
            <w:r>
              <w:t xml:space="preserve">Move/Make/EUD </w:t>
            </w:r>
          </w:p>
          <w:p w14:paraId="10DD0713" w14:textId="0E57E625" w:rsidR="004C10CF" w:rsidRDefault="00035548" w:rsidP="004C10CF">
            <w:r w:rsidRPr="007A576D">
              <w:rPr>
                <w:highlight w:val="magenta"/>
              </w:rPr>
              <w:t>TD</w:t>
            </w:r>
            <w:r>
              <w:t>/</w:t>
            </w:r>
            <w:r w:rsidRPr="00145C7E">
              <w:rPr>
                <w:highlight w:val="yellow"/>
              </w:rPr>
              <w:t xml:space="preserve"> MV</w:t>
            </w:r>
            <w:r>
              <w:t xml:space="preserve"> /</w:t>
            </w:r>
            <w:r w:rsidRPr="00E61562">
              <w:rPr>
                <w:highlight w:val="green"/>
              </w:rPr>
              <w:t xml:space="preserve"> OH</w:t>
            </w:r>
          </w:p>
        </w:tc>
        <w:tc>
          <w:tcPr>
            <w:tcW w:w="1467" w:type="dxa"/>
          </w:tcPr>
          <w:p w14:paraId="3D16A899" w14:textId="77777777" w:rsidR="00AE11DF" w:rsidRDefault="00AE11DF" w:rsidP="00AE11DF">
            <w:proofErr w:type="spellStart"/>
            <w:r>
              <w:t>Fysik</w:t>
            </w:r>
            <w:proofErr w:type="spellEnd"/>
            <w:r>
              <w:t>/</w:t>
            </w:r>
            <w:proofErr w:type="spellStart"/>
            <w:r>
              <w:t>kemi</w:t>
            </w:r>
            <w:proofErr w:type="spellEnd"/>
          </w:p>
          <w:p w14:paraId="0A652804" w14:textId="294EC47C" w:rsidR="004C10CF" w:rsidRDefault="00AE11DF" w:rsidP="00AE11DF">
            <w:r w:rsidRPr="00035151">
              <w:rPr>
                <w:highlight w:val="green"/>
              </w:rPr>
              <w:t>OH</w:t>
            </w:r>
          </w:p>
        </w:tc>
        <w:tc>
          <w:tcPr>
            <w:tcW w:w="1468" w:type="dxa"/>
          </w:tcPr>
          <w:p w14:paraId="66154C7E" w14:textId="77777777" w:rsidR="00AE11DF" w:rsidRDefault="00AE11DF" w:rsidP="00AE11DF">
            <w:proofErr w:type="spellStart"/>
            <w:r>
              <w:t>Xtrafag</w:t>
            </w:r>
            <w:proofErr w:type="spellEnd"/>
          </w:p>
          <w:p w14:paraId="65BCD933" w14:textId="5A24598F" w:rsidR="00035548" w:rsidRDefault="00AE11DF" w:rsidP="00AE11DF">
            <w:r w:rsidRPr="007A576D">
              <w:rPr>
                <w:highlight w:val="magenta"/>
              </w:rPr>
              <w:t>TD</w:t>
            </w:r>
            <w:r>
              <w:t>/</w:t>
            </w:r>
            <w:r w:rsidRPr="00145C7E">
              <w:rPr>
                <w:highlight w:val="yellow"/>
              </w:rPr>
              <w:t xml:space="preserve"> MV</w:t>
            </w:r>
            <w:r>
              <w:t xml:space="preserve"> /</w:t>
            </w:r>
            <w:r w:rsidRPr="00E61562">
              <w:rPr>
                <w:highlight w:val="green"/>
              </w:rPr>
              <w:t xml:space="preserve"> OH</w:t>
            </w:r>
          </w:p>
        </w:tc>
      </w:tr>
      <w:tr w:rsidR="00AE11DF" w14:paraId="02E2B639" w14:textId="77777777" w:rsidTr="00C900C0">
        <w:trPr>
          <w:trHeight w:val="784"/>
        </w:trPr>
        <w:tc>
          <w:tcPr>
            <w:tcW w:w="1467" w:type="dxa"/>
          </w:tcPr>
          <w:p w14:paraId="318B0583" w14:textId="77777777" w:rsidR="00AE11DF" w:rsidRDefault="00AE11DF" w:rsidP="00AE11DF">
            <w:r>
              <w:t>13.00-13.50</w:t>
            </w:r>
          </w:p>
        </w:tc>
        <w:tc>
          <w:tcPr>
            <w:tcW w:w="1467" w:type="dxa"/>
          </w:tcPr>
          <w:p w14:paraId="3A944F86" w14:textId="213E931D" w:rsidR="00AE11DF" w:rsidRDefault="00AE11DF" w:rsidP="00AE11DF">
            <w:r>
              <w:t>Move/Make/EUD</w:t>
            </w:r>
          </w:p>
          <w:p w14:paraId="3D5F2FCF" w14:textId="02D131BE" w:rsidR="00AE11DF" w:rsidRDefault="00AE11DF" w:rsidP="00AE11DF">
            <w:r w:rsidRPr="007A576D">
              <w:rPr>
                <w:highlight w:val="magenta"/>
              </w:rPr>
              <w:t>TD</w:t>
            </w:r>
            <w:r>
              <w:t>/</w:t>
            </w:r>
            <w:r w:rsidRPr="00145C7E">
              <w:rPr>
                <w:highlight w:val="yellow"/>
              </w:rPr>
              <w:t xml:space="preserve"> MV</w:t>
            </w:r>
            <w:r>
              <w:t xml:space="preserve"> /</w:t>
            </w:r>
            <w:r w:rsidRPr="00E61562">
              <w:rPr>
                <w:highlight w:val="green"/>
              </w:rPr>
              <w:t xml:space="preserve"> OH</w:t>
            </w:r>
          </w:p>
        </w:tc>
        <w:tc>
          <w:tcPr>
            <w:tcW w:w="1468" w:type="dxa"/>
          </w:tcPr>
          <w:p w14:paraId="07B9DB0A" w14:textId="77777777" w:rsidR="00AE11DF" w:rsidRDefault="00AE11DF" w:rsidP="00AE11DF"/>
        </w:tc>
        <w:tc>
          <w:tcPr>
            <w:tcW w:w="1467" w:type="dxa"/>
          </w:tcPr>
          <w:p w14:paraId="37897D72" w14:textId="77777777" w:rsidR="00AE11DF" w:rsidRDefault="00AE11DF" w:rsidP="00AE11DF">
            <w:r>
              <w:t xml:space="preserve">Move/Make/EUD </w:t>
            </w:r>
          </w:p>
          <w:p w14:paraId="0014C303" w14:textId="23A58939" w:rsidR="00AE11DF" w:rsidRDefault="00AE11DF" w:rsidP="00AE11DF">
            <w:r w:rsidRPr="007A576D">
              <w:rPr>
                <w:highlight w:val="magenta"/>
              </w:rPr>
              <w:t>TD</w:t>
            </w:r>
            <w:r>
              <w:t>/</w:t>
            </w:r>
            <w:r w:rsidRPr="00145C7E">
              <w:rPr>
                <w:highlight w:val="yellow"/>
              </w:rPr>
              <w:t xml:space="preserve"> MV</w:t>
            </w:r>
            <w:r>
              <w:t xml:space="preserve"> /</w:t>
            </w:r>
            <w:r w:rsidRPr="00E61562">
              <w:rPr>
                <w:highlight w:val="green"/>
              </w:rPr>
              <w:t xml:space="preserve"> OH</w:t>
            </w:r>
          </w:p>
        </w:tc>
        <w:tc>
          <w:tcPr>
            <w:tcW w:w="1467" w:type="dxa"/>
          </w:tcPr>
          <w:p w14:paraId="19703848" w14:textId="77777777" w:rsidR="00AE11DF" w:rsidRDefault="00AE11DF" w:rsidP="00AE11DF">
            <w:proofErr w:type="spellStart"/>
            <w:r>
              <w:t>Fysik</w:t>
            </w:r>
            <w:proofErr w:type="spellEnd"/>
            <w:r>
              <w:t>/</w:t>
            </w:r>
            <w:proofErr w:type="spellStart"/>
            <w:r>
              <w:t>kemi</w:t>
            </w:r>
            <w:proofErr w:type="spellEnd"/>
          </w:p>
          <w:p w14:paraId="3789FC4B" w14:textId="012BD39D" w:rsidR="00AE11DF" w:rsidRDefault="00AE11DF" w:rsidP="00AE11DF">
            <w:r w:rsidRPr="00035151">
              <w:rPr>
                <w:highlight w:val="green"/>
              </w:rPr>
              <w:t>OH</w:t>
            </w:r>
          </w:p>
        </w:tc>
        <w:tc>
          <w:tcPr>
            <w:tcW w:w="1468" w:type="dxa"/>
          </w:tcPr>
          <w:p w14:paraId="43A0978C" w14:textId="77777777" w:rsidR="00AE11DF" w:rsidRDefault="00AE11DF" w:rsidP="00AE11DF"/>
        </w:tc>
      </w:tr>
    </w:tbl>
    <w:p w14:paraId="644A6ECB" w14:textId="77777777" w:rsidR="001F22C3" w:rsidRDefault="001F22C3"/>
    <w:sectPr w:rsidR="001F22C3" w:rsidSect="00393AE5">
      <w:pgSz w:w="23811" w:h="16838" w:orient="landscape" w:code="8"/>
      <w:pgMar w:top="1800" w:right="1440" w:bottom="180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Opstilling-talellerbogst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Opstilling-talellerbogst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Opstilling-punktteg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Opstilling-punktteg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84448764">
    <w:abstractNumId w:val="8"/>
  </w:num>
  <w:num w:numId="2" w16cid:durableId="212740700">
    <w:abstractNumId w:val="6"/>
  </w:num>
  <w:num w:numId="3" w16cid:durableId="866018708">
    <w:abstractNumId w:val="5"/>
  </w:num>
  <w:num w:numId="4" w16cid:durableId="1484814187">
    <w:abstractNumId w:val="4"/>
  </w:num>
  <w:num w:numId="5" w16cid:durableId="2089384508">
    <w:abstractNumId w:val="7"/>
  </w:num>
  <w:num w:numId="6" w16cid:durableId="2097558671">
    <w:abstractNumId w:val="3"/>
  </w:num>
  <w:num w:numId="7" w16cid:durableId="727218000">
    <w:abstractNumId w:val="2"/>
  </w:num>
  <w:num w:numId="8" w16cid:durableId="715011256">
    <w:abstractNumId w:val="1"/>
  </w:num>
  <w:num w:numId="9" w16cid:durableId="280186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35151"/>
    <w:rsid w:val="00035548"/>
    <w:rsid w:val="0006063C"/>
    <w:rsid w:val="000759E8"/>
    <w:rsid w:val="000B0748"/>
    <w:rsid w:val="00110D2B"/>
    <w:rsid w:val="0012123D"/>
    <w:rsid w:val="00145C7E"/>
    <w:rsid w:val="0015074B"/>
    <w:rsid w:val="0018612E"/>
    <w:rsid w:val="001A426D"/>
    <w:rsid w:val="001F22C3"/>
    <w:rsid w:val="002320B5"/>
    <w:rsid w:val="0029639D"/>
    <w:rsid w:val="00314777"/>
    <w:rsid w:val="00326F90"/>
    <w:rsid w:val="003601B7"/>
    <w:rsid w:val="00393AE5"/>
    <w:rsid w:val="0042583D"/>
    <w:rsid w:val="004C10CF"/>
    <w:rsid w:val="007A576D"/>
    <w:rsid w:val="008708E4"/>
    <w:rsid w:val="008F24A8"/>
    <w:rsid w:val="00920277"/>
    <w:rsid w:val="009F7EBF"/>
    <w:rsid w:val="00A31C12"/>
    <w:rsid w:val="00AA1D8D"/>
    <w:rsid w:val="00AE11DF"/>
    <w:rsid w:val="00B1355D"/>
    <w:rsid w:val="00B47730"/>
    <w:rsid w:val="00C24FB2"/>
    <w:rsid w:val="00C508F9"/>
    <w:rsid w:val="00C84C82"/>
    <w:rsid w:val="00C900C0"/>
    <w:rsid w:val="00CB0664"/>
    <w:rsid w:val="00D41606"/>
    <w:rsid w:val="00D50F21"/>
    <w:rsid w:val="00E149D7"/>
    <w:rsid w:val="00E6156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C68E12"/>
  <w14:defaultImageDpi w14:val="300"/>
  <w15:docId w15:val="{A3321E26-41C0-49BB-AD46-5E5D0CD82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11DF"/>
  </w:style>
  <w:style w:type="paragraph" w:styleId="Overskrift1">
    <w:name w:val="heading 1"/>
    <w:basedOn w:val="Normal"/>
    <w:next w:val="Normal"/>
    <w:link w:val="Overskrift1Teg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E618BF"/>
  </w:style>
  <w:style w:type="paragraph" w:styleId="Sidefod">
    <w:name w:val="footer"/>
    <w:basedOn w:val="Normal"/>
    <w:link w:val="Sidefod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E618BF"/>
  </w:style>
  <w:style w:type="paragraph" w:styleId="Ing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Normal"/>
    <w:next w:val="Normal"/>
    <w:link w:val="TitelTeg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afsnit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kst">
    <w:name w:val="Body Text"/>
    <w:basedOn w:val="Normal"/>
    <w:link w:val="BrdtekstTegn"/>
    <w:uiPriority w:val="99"/>
    <w:unhideWhenUsed/>
    <w:rsid w:val="00AA1D8D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rsid w:val="00AA1D8D"/>
  </w:style>
  <w:style w:type="paragraph" w:styleId="Brdtekst2">
    <w:name w:val="Body Text 2"/>
    <w:basedOn w:val="Normal"/>
    <w:link w:val="Brdtekst2Tegn"/>
    <w:uiPriority w:val="99"/>
    <w:unhideWhenUsed/>
    <w:rsid w:val="00AA1D8D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rsid w:val="00AA1D8D"/>
  </w:style>
  <w:style w:type="paragraph" w:styleId="Brdtekst3">
    <w:name w:val="Body Text 3"/>
    <w:basedOn w:val="Normal"/>
    <w:link w:val="Brdtekst3Teg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Opstilling-punkttegn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Opstilling-punkttegn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Opstilling-talellerbogst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Opstilling-talellerbogst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Opstilling-talellerbogst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Opstilling-forts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Opstilling-forts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Opstilling-forts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kst">
    <w:name w:val="macro"/>
    <w:link w:val="MakrotekstTeg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Tegn"/>
    <w:uiPriority w:val="29"/>
    <w:qFormat/>
    <w:rsid w:val="00FC693F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FC693F"/>
    <w:rPr>
      <w:i/>
      <w:iCs/>
      <w:color w:val="000000" w:themeColor="text1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lledtekst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k">
    <w:name w:val="Strong"/>
    <w:basedOn w:val="Standardskrifttypeiafsnit"/>
    <w:uiPriority w:val="22"/>
    <w:qFormat/>
    <w:rsid w:val="00FC693F"/>
    <w:rPr>
      <w:b/>
      <w:bCs/>
    </w:rPr>
  </w:style>
  <w:style w:type="character" w:styleId="Fremhv">
    <w:name w:val="Emphasis"/>
    <w:basedOn w:val="Standardskrifttypeiafsnit"/>
    <w:uiPriority w:val="20"/>
    <w:qFormat/>
    <w:rsid w:val="00FC693F"/>
    <w:rPr>
      <w:i/>
      <w:iCs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FC693F"/>
    <w:rPr>
      <w:b/>
      <w:bCs/>
      <w:i/>
      <w:iCs/>
      <w:color w:val="4F81BD" w:themeColor="accent1"/>
    </w:rPr>
  </w:style>
  <w:style w:type="character" w:styleId="Svagfremhvning">
    <w:name w:val="Subtle Emphasis"/>
    <w:basedOn w:val="Standardskrifttypeiafsnit"/>
    <w:uiPriority w:val="19"/>
    <w:qFormat/>
    <w:rsid w:val="00FC693F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21"/>
    <w:qFormat/>
    <w:rsid w:val="00FC693F"/>
    <w:rPr>
      <w:b/>
      <w:bCs/>
      <w:i/>
      <w:iCs/>
      <w:color w:val="4F81BD" w:themeColor="accent1"/>
    </w:rPr>
  </w:style>
  <w:style w:type="character" w:styleId="Svaghenvisning">
    <w:name w:val="Subtle Reference"/>
    <w:basedOn w:val="Standardskrifttypeiafsnit"/>
    <w:uiPriority w:val="31"/>
    <w:qFormat/>
    <w:rsid w:val="00FC693F"/>
    <w:rPr>
      <w:smallCaps/>
      <w:color w:val="C0504D" w:themeColor="accent2"/>
      <w:u w:val="single"/>
    </w:rPr>
  </w:style>
  <w:style w:type="character" w:styleId="Kraftighenvisning">
    <w:name w:val="Intense Reference"/>
    <w:basedOn w:val="Standardskrifttypeiafsni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FC693F"/>
    <w:rPr>
      <w:b/>
      <w:bCs/>
      <w:smallCaps/>
      <w:spacing w:val="5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FC693F"/>
    <w:pPr>
      <w:outlineLvl w:val="9"/>
    </w:pPr>
  </w:style>
  <w:style w:type="table" w:styleId="Tabel-Gitter">
    <w:name w:val="Table Grid"/>
    <w:basedOn w:val="Tabel-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ysskygge">
    <w:name w:val="Light Shading"/>
    <w:basedOn w:val="Tabel-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-farve1">
    <w:name w:val="Light Shading Accent 1"/>
    <w:basedOn w:val="Tabel-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ysskygge-fremhvningsfarve2">
    <w:name w:val="Light Shading Accent 2"/>
    <w:basedOn w:val="Tabel-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ysskygge-fremhvningsfarve3">
    <w:name w:val="Light Shading Accent 3"/>
    <w:basedOn w:val="Tabel-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ysskygge-fremhvningsfarve4">
    <w:name w:val="Light Shading Accent 4"/>
    <w:basedOn w:val="Tabel-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ysskygge-fremhvningsfarve5">
    <w:name w:val="Light Shading Accent 5"/>
    <w:basedOn w:val="Tabel-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ysskygge-fremhvningsfarve6">
    <w:name w:val="Light Shading Accent 6"/>
    <w:basedOn w:val="Tabel-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ysliste">
    <w:name w:val="Light List"/>
    <w:basedOn w:val="Tabel-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-farve1">
    <w:name w:val="Light List Accent 1"/>
    <w:basedOn w:val="Tabel-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ysliste-fremhvningsfarve2">
    <w:name w:val="Light List Accent 2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ysliste-fremhvningsfarve3">
    <w:name w:val="Light List Accent 3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ysliste-fremhvningsfarve4">
    <w:name w:val="Light List Accent 4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ysliste-fremhvningsfarve5">
    <w:name w:val="Light List Accent 5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ysliste-fremhvningsfarve6">
    <w:name w:val="Light List Accent 6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ystgitter">
    <w:name w:val="Light Grid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gitter-farve1">
    <w:name w:val="Light Grid Accent 1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ystgitter-fremhvningsfarve2">
    <w:name w:val="Light Grid Accent 2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ystgitter-fremhvningsfarve3">
    <w:name w:val="Light Grid Accent 3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ystgitter-fremhvningsfarve4">
    <w:name w:val="Light Grid Accent 4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ystgitter-fremhvningsfarve5">
    <w:name w:val="Light Grid Accent 5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ystgitter-fremhvningsfarve6">
    <w:name w:val="Light Grid Accent 6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kygge1">
    <w:name w:val="Medium Shading 1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e1">
    <w:name w:val="Medium List 1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e1-farve1">
    <w:name w:val="Medium List 1 Accent 1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e1-fremhvningsfarve2">
    <w:name w:val="Medium List 1 Accent 2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e1-fremhvningsfarve3">
    <w:name w:val="Medium List 1 Accent 3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e1-fremhvningsfarve4">
    <w:name w:val="Medium List 1 Accent 4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e1-fremhvningsfarve5">
    <w:name w:val="Medium List 1 Accent 5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e1-fremhvningsfarve6">
    <w:name w:val="Medium List 1 Accent 6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e2">
    <w:name w:val="Medium List 2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itter1">
    <w:name w:val="Medium Grid 1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itter1-fremhvningsfarve1">
    <w:name w:val="Medium Grid 1 Accent 1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itter1-fremhvningsfarve2">
    <w:name w:val="Medium Grid 1 Accent 2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itter1-fremhvningsfarve3">
    <w:name w:val="Medium Grid 1 Accent 3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itter1-fremhvningsfarve4">
    <w:name w:val="Medium Grid 1 Accent 4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itter1-fremhvningsfarve5">
    <w:name w:val="Medium Grid 1 Accent 5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itter1-fremhvningsfarve6">
    <w:name w:val="Medium Grid 1 Accent 6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itter2">
    <w:name w:val="Medium Grid 2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itter3-fremhvningsfarve1">
    <w:name w:val="Medium Grid 3 Accent 1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itter3-fremhvningsfarve2">
    <w:name w:val="Medium Grid 3 Accent 2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itter3-fremhvningsfarve3">
    <w:name w:val="Medium Grid 3 Accent 3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itter3-fremhvningsfarve4">
    <w:name w:val="Medium Grid 3 Accent 4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itter3-fremhvningsfarve5">
    <w:name w:val="Medium Grid 3 Accent 5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itter3-fremhvningsfarve6">
    <w:name w:val="Medium Grid 3 Accent 6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e">
    <w:name w:val="Dark List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-fremhvningsfarve1">
    <w:name w:val="Dark List Accent 1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e-fremhvningsfarve2">
    <w:name w:val="Dark List Accent 2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e-fremhvningsfarve3">
    <w:name w:val="Dark List Accent 3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e-fremhvningsfarve4">
    <w:name w:val="Dark List Accent 4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e-fremhvningsfarve5">
    <w:name w:val="Dark List Accent 5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e-fremhvningsfarve6">
    <w:name w:val="Dark List Accent 6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vetskygge">
    <w:name w:val="Colorful Shading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1">
    <w:name w:val="Colorful Shading Accent 1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2">
    <w:name w:val="Colorful Shading Accent 2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3">
    <w:name w:val="Colorful Shading Accent 3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vetskygge-fremhvningsfarve4">
    <w:name w:val="Colorful Shading Accent 4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5">
    <w:name w:val="Colorful Shading Accent 5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6">
    <w:name w:val="Colorful Shading Accent 6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liste">
    <w:name w:val="Colorful List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vetliste-fremhvningsfarve1">
    <w:name w:val="Colorful List Accent 1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vetliste-fremhvningsfarve2">
    <w:name w:val="Colorful List Accent 2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vetliste-fremhvningsfarve3">
    <w:name w:val="Colorful List Accent 3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vetliste-fremhvningsfarve4">
    <w:name w:val="Colorful List Accent 4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vetliste-fremhvningsfarve5">
    <w:name w:val="Colorful List Accent 5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vetliste-fremhvningsfarve6">
    <w:name w:val="Colorful List Accent 6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vetgitter">
    <w:name w:val="Colorful Grid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vetgitter-fremhvningsfarve1">
    <w:name w:val="Colorful Grid Accent 1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vetgitter-fremhvningsfarve2">
    <w:name w:val="Colorful Grid Accent 2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vetgitter-fremhvningsfarve3">
    <w:name w:val="Colorful Grid Accent 3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vetgitter-fremhvningsfarve4">
    <w:name w:val="Colorful Grid Accent 4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vetgitter-fremhvningsfarve5">
    <w:name w:val="Colorful Grid Accent 5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vetgitter-fremhvningsfarve6">
    <w:name w:val="Colorful Grid Accent 6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b29427a-4ed3-4f0e-a3ff-ced1342f64ac}" enabled="0" method="" siteId="{1b29427a-4ed3-4f0e-a3ff-ced1342f64a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1374</Characters>
  <Application>Microsoft Office Word</Application>
  <DocSecurity>4</DocSecurity>
  <Lines>33</Lines>
  <Paragraphs>29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Lasse Petersen (lape.cb - Kommunikations- og presseansvarlig - CB)</cp:lastModifiedBy>
  <cp:revision>2</cp:revision>
  <dcterms:created xsi:type="dcterms:W3CDTF">2026-08-21T10:49:00Z</dcterms:created>
  <dcterms:modified xsi:type="dcterms:W3CDTF">2026-08-21T10:49:00Z</dcterms:modified>
  <cp:category/>
</cp:coreProperties>
</file>